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Informacijske i digitalne kompetencije • 2.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1 sat tjedno • 35 sati godišnje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Eksperimentalnom kurikulumu nastavnog predmeta Informacijske i digitalne kompetencije, metodičkom priručniku @mreža 2, Godišnjem izvedbenom kurikulumu za jedan sat tjedno i sadržajima udžbenika @mreža 2.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odgojno-obrazovnih ishoda, praćenje napretka i davanje razumljive povratne informacije učeniku. Kriteriji omogućuju transparentno, ujednačeno i razvojno praćenje učenja.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na temelju razgovora i objašnjenja učenika, praktičnih aktivnosti, rješavanja problema, digitalnih radova, sigurnog postupanja te individualnog i suradničkog rada.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dovršenost ili brzina rada, nego razumijevanje, točnost, primjena znanja, samostalnost, odgovornost i sposobnost objašnjavanja postupka u situacijama primjerenima dobi učenika.</w:t>
      </w:r>
    </w:p>
    <w:p>
      <w:pPr>
        <w:spacing w:after="80"/>
      </w:pPr>
      <w:r>
        <w:rPr>
          <w:b/>
          <w:color w:val="174A5B"/>
        </w:rPr>
        <w:t xml:space="preserve">Dob učenika. </w:t>
      </w:r>
      <w:r>
        <w:t>Uvažavaju se razvojne i motoričke osobitosti učenika. Samostalnost znači rad nakon jasne demonstracije i upute primjerene drugom razredu.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Način provjere i potrebna podrška prilagođavaju se individualnim potrebama učenika, a tehničke poteškoće izvan učenikove kontrole ne smiju umanjiti procjenu njegova znanja i napretka.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biti vrednovan u svakoj nastavnoj jedinici. Učitelj odabire reprezentativne aktivnosti, prati napredovanje tijekom vremena te kriterije povezuje s povratnom informacijom, samovrednovanjem i planiranjem daljnjeg učenja.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sadržaja: </w:t>
            </w:r>
            <w:r>
              <w:t>poznavanje, prepoznavanje, opisivanje i objašnjavanje pojmova, pravila, postupaka i odnosa obrađenih u pojedinoj nastavnoj jedinici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Primjena znanja: </w:t>
            </w:r>
            <w:r>
              <w:t>samostalna i sigurna primjena naučenoga pri pretraživanju, uporabi programa, organiziranju podataka, izradi digitalnih radova i komunikaciji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nakon upute radi samostalno, točno i sigurno, objašnjava postupak te znanje primjenjuje u novoj ili složenijoj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zadatak izvodi uglavnom samostalno i točno; potrebna mu je tek povremena kratka pomoć ili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ostvaruje temeljni dio ishoda uz povremenu pomoć i dodatno vođenje; postupak je većinom ispravan.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Učenik ostvaruje samo osnovni dio ishoda uz čestu, konkretnu pomoć i ponovljenu demonstraciju.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Učenik ni uz primjerenu pomoć ne pokazuje osnovno razumijevanje niti izvršava temeljne korake zadatka.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sat. Ponovimo</w:t>
      </w:r>
    </w:p>
    <w:p>
      <w:pPr>
        <w:keepNext/>
        <w:spacing w:after="100"/>
      </w:pPr>
      <w:r>
        <w:rPr>
          <w:i/>
          <w:color w:val="5F6B70"/>
          <w:sz w:val="18"/>
        </w:rPr>
        <w:t>Uvodna aktivnost  |  —  |  Ne ocjenjuje 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se: </w:t>
            </w:r>
            <w:r>
              <w:t>Sat služi upoznavanju s udžbeničkim kompletom, kriterijima, pravilima rada i ponavljanju sadržaja 1. razreda.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2. i 3. sat. Ključ dobre pretrage</w:t>
      </w:r>
    </w:p>
    <w:p>
      <w:pPr>
        <w:keepNext/>
        <w:spacing w:after="100"/>
      </w:pPr>
      <w:r>
        <w:rPr>
          <w:i/>
          <w:color w:val="5F6B70"/>
          <w:sz w:val="18"/>
        </w:rPr>
        <w:t>Mediji na internetu  |  A.2.1.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ulogu ključnih riječi i kriterije odabira odgovarajućega rezultata pretraživanja;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ulogu ključnih riječi i kriterije odabira odgovarajućega rezultata pretraživanja;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ulogu ključnih riječi i kriterije odabira odgovarajućega rezultata pretraživanja;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ulogu ključnih riječi i kriterije odabira odgovarajućega rezultata pretraživanja.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ulogu ključnih riječi i kriterije odabira odgovarajućega rezultata pretraživanja.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odabire precizne ključne riječi, uspoređuje više rezultata i obrazlaže zašto prvi rezultat nije nužno najbolji.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odabire dobre ključne riječi i uspoređuje rezultate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oblikuje jednostavan upit i među rezultatima pronalazi traženu informaciju.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koristi zadane ključne riječi i prepoznaje jedan odgovarajući rezultat.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oblikuje osnovni upit niti prepoznaje rezultat koji odgovara zadatku.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4. i 5. sat. Digitalni mediji na internetu</w:t>
      </w:r>
    </w:p>
    <w:p>
      <w:pPr>
        <w:keepNext/>
        <w:spacing w:after="100"/>
      </w:pPr>
      <w:r>
        <w:rPr>
          <w:i/>
          <w:color w:val="5F6B70"/>
          <w:sz w:val="18"/>
        </w:rPr>
        <w:t>Mediji na internetu  |  A.2.1., A.2.2.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vrste digitalnih medija, načine pristupa i obilježja kvalitetnog sadržaja za učenje;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vrste digitalnih medija, načine pristupa i obilježja kvalitetnog sadržaja za učenje;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vrste digitalnih medija, načine pristupa i obilježja kvalitetnog sadržaja za učenje;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vrste digitalnih medija, načine pristupa i obilježja kvalitetnog sadržaja za učenje.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vrste digitalnih medija, načine pristupa i obilježja kvalitetnog sadržaja za učenje.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razlikuje vrste digitalnih medija, pristupa im na odgovarajućem uređaju te odabire i obrazlaže kvalitetan sadržaj za učenje.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razlikuje i pronalazi digitalne medije te odabire primjeren sadržaj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vrste digitalnih medija i pronalazi sadržaj koji većinom odgovara zadatku.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pojedini digitalni medij i otvara unaprijed odabrani sadržaj.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razlikuje osnovne digitalne medije niti pristupa zadanom sadržaju.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6. i 7. sat. Pretražujem slike i videozapise</w:t>
      </w:r>
    </w:p>
    <w:p>
      <w:pPr>
        <w:keepNext/>
        <w:spacing w:after="100"/>
      </w:pPr>
      <w:r>
        <w:rPr>
          <w:i/>
          <w:color w:val="5F6B70"/>
          <w:sz w:val="18"/>
        </w:rPr>
        <w:t>Mediji na internetu  |  A.2.1., A.2.2.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ključne riječi, osnovne mogućnosti filtriranja i kriterije odabira slike ili videozapisa;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ključne riječi, osnovne mogućnosti filtriranja i kriterije odabira slike ili videozapisa;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ključne riječi, osnovne mogućnosti filtriranja i kriterije odabira slike ili videozapisa;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ključne riječi, osnovne mogućnosti filtriranja i kriterije odabira slike ili videozapisa.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ključne riječi, osnovne mogućnosti filtriranja i kriterije odabira slike ili videozapisa.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koristi odgovarajuće ključne riječi i osnovne mogućnosti filtriranja, pronalazi primjerenu sliku i videozapis te objašnjava postupak.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pronalazi tražene slike i videozapise te objašnjava glavne korake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provodi pretraživanje i odabire sadržaj koji većinom odgovara zadanim kriterijima.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pronalazi jedan zadani slikovni ili videosadržaj među ponuđenim rezultatima.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provodi jednostavno pretraživanje niti odabire traženu sliku ili videozapis.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8. i 9. sat. Pretražujem i bilježim</w:t>
      </w:r>
    </w:p>
    <w:p>
      <w:pPr>
        <w:keepNext/>
        <w:spacing w:after="100"/>
      </w:pPr>
      <w:r>
        <w:rPr>
          <w:i/>
          <w:color w:val="5F6B70"/>
          <w:sz w:val="18"/>
        </w:rPr>
        <w:t>Mediji na internetu  |  A.2.1., A.2.2.,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korake pronalaženja, procjene, izdvajanja i bilježenja korisnih informacija;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korake pronalaženja, procjene, izdvajanja i bilježenja korisnih informacija;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korake pronalaženja, procjene, izdvajanja i bilježenja korisnih informacija;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korake pronalaženja, procjene, izdvajanja i bilježenja korisnih informacija.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korake pronalaženja, procjene, izdvajanja i bilježenja korisnih informacija.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pronalazi, procjenjuje i izdvaja korisne informacije iz više rezultata, bilježi ih te izrađuje i jasno predstavlja smislen digitalni rad.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odabire i bilježi korisne informacije te izrađuje dovršen digitalni rad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pronalazi i bilježi glavne informacije te izrađuje jednostavan rad koji većinom odgovara zadatku.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odabire jednu informaciju i ugrađuje je u djelomično dovršen digitalni rad.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izdvaja potrebnu informaciju niti izrađuje prepoznatljiv digitalni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10. sat. Moj digitalni identitet</w:t>
      </w:r>
    </w:p>
    <w:p>
      <w:pPr>
        <w:keepNext/>
        <w:spacing w:after="100"/>
      </w:pPr>
      <w:r>
        <w:rPr>
          <w:i/>
          <w:color w:val="5F6B70"/>
          <w:sz w:val="18"/>
        </w:rPr>
        <w:t>Siguran učenik u digitalnom svijetu  |  B.2.1.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pojam digitalnog identiteta, osobne i javne podatke te potrebu zaštite korisničkog računa;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pojam digitalnog identiteta, osobne i javne podatke te potrebu zaštite korisničkog računa;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pojam digitalnog identiteta, osobne i javne podatke te potrebu zaštite korisničkog računa;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pojam digitalnog identiteta, osobne i javne podatke te potrebu zaštite korisničkog računa.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pojam digitalnog identiteta, osobne i javne podatke te potrebu zaštite korisničkog računa.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objašnjava digitalni identitet, razlikuje osobne od javnih podataka i na primjerima obrazlaže zašto korisnički račun treba štititi.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povezuje digitalni identitet s osobnim podatcima i navodi načine njihove zaštite.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osobne podatke i objašnjava osnovnu svrhu korisničkog računa.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navodi pojedini osobni podatak i prihvaća da ga ne treba dijeliti s nepoznatima.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razlikuje osobne od javnih podataka niti prepoznaje potrebu zaštite digitalnog identiteta.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 i 12. sat. Štitim se u digitalnom svijetu</w:t>
      </w:r>
    </w:p>
    <w:p>
      <w:pPr>
        <w:keepNext/>
        <w:spacing w:after="100"/>
      </w:pPr>
      <w:r>
        <w:rPr>
          <w:i/>
          <w:color w:val="5F6B70"/>
          <w:sz w:val="18"/>
        </w:rPr>
        <w:t>Siguran učenik u digitalnom svijetu  |  B.2.1.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mjere zaštite osobnih podataka te obilježja sigurne i nesigurne lozinke;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mjere zaštite osobnih podataka te obilježja sigurne i nesigurne lozinke;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mjere zaštite osobnih podataka te obilježja sigurne i nesigurne lozinke;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mjere zaštite osobnih podataka te obilježja sigurne i nesigurne lozinke.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mjere zaštite osobnih podataka te obilježja sigurne i nesigurne lozinke.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primjenjuje mjere zaštite osobnih podataka, razlikuje sigurnu od nesigurne lozinke i oblikuje snažnu lozinku prema zadanim pravilima.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primjenjuje pravila zaštite i oblikuje sigurnu lozinku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rizično dijeljenje podataka i sastavlja lozinku koja zadovoljava većinu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navodi jedno pravilo zaštite i razlikuje očito slabu od sigurnije lozinke.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osnovne mjere zaštite niti razliku između sigurne i nesigurne lozinke.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i 14. sat. Družim se u Teamsima</w:t>
      </w:r>
    </w:p>
    <w:p>
      <w:pPr>
        <w:keepNext/>
        <w:spacing w:after="100"/>
      </w:pPr>
      <w:r>
        <w:rPr>
          <w:i/>
          <w:color w:val="5F6B70"/>
          <w:sz w:val="18"/>
        </w:rPr>
        <w:t>Siguran učenik u digitalnom svijetu  |  B.2.1.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namjenu osnovnih mogućnosti Teamsa i pravila sigurne komunikacije s poznatim osobama;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namjenu osnovnih mogućnosti Teamsa i pravila sigurne komunikacije s poznatim osobama;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namjenu osnovnih mogućnosti Teamsa i pravila sigurne komunikacije s poznatim osobama;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namjenu osnovnih mogućnosti Teamsa i pravila sigurne komunikacije s poznatim osobama.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namjenu osnovnih mogućnosti Teamsa i pravila sigurne komunikacije s poznatim osobama.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se prijavljuje školskim korisničkim računom, pravilno se koristi osnovnim mogućnostima Teamsa i štiti pristupne podatke.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slijedi postupak prijave i koristi osnovne mogućnosti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unosi korisničko ime, prijavljuje se i pristupa zadanom prostoru ili sadržaju.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dijelove školskog korisničkog računa i dovršava vođenu prijavu.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svoje školsko korisničko ime niti slijedi osnovni postupak prijave.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 sat. Ponašanje u digitalnom svijetu</w:t>
      </w:r>
    </w:p>
    <w:p>
      <w:pPr>
        <w:keepNext/>
        <w:spacing w:after="100"/>
      </w:pPr>
      <w:r>
        <w:rPr>
          <w:i/>
          <w:color w:val="5F6B70"/>
          <w:sz w:val="18"/>
        </w:rPr>
        <w:t>Siguran učenik u digitalnom svijetu  |  B.2.2.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pravila pristojnog ponašanja, načine prijave neprimjerenog sadržaja i traženja pomoći;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pravila pristojnog ponašanja, načine prijave neprimjerenog sadržaja i traženja pomoći;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pravila pristojnog ponašanja, načine prijave neprimjerenog sadržaja i traženja pomoći;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pravila pristojnog ponašanja, načine prijave neprimjerenog sadržaja i traženja pomoći.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pravila pristojnog ponašanja, načine prijave neprimjerenog sadržaja i traženja pomoći.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analizira primjere komunikacije, primjenjuje pravila pristojnosti i privatnosti te obrazlaže posljedice neprimjerenog ponašanja.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razlikuje poželjno od nepoželjnog ponašanja i primjenjuje pravila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primjeren način komunikacije i navodi osnovno pravilo privatnosti.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razlikuje očito pristojnu od nepristojne poruke i prihvaća dogovorena pravila.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razlikuje primjereno od neprimjerenog ponašanja niti primjenjuje osnovno pravilo privatnosti.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16. sat. Digitalni tragovi</w:t>
      </w:r>
    </w:p>
    <w:p>
      <w:pPr>
        <w:keepNext/>
        <w:spacing w:after="100"/>
      </w:pPr>
      <w:r>
        <w:rPr>
          <w:i/>
          <w:color w:val="5F6B70"/>
          <w:sz w:val="18"/>
        </w:rPr>
        <w:t>Siguran učenik u digitalnom svijetu  |  B.2.1., B.2.2.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pojam digitalnog traga, načine njegova nastanka i moguće posljedice objavljivanja podataka;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pojam digitalnog traga, načine njegova nastanka i moguće posljedice objavljivanja podataka;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pojam digitalnog traga, načine njegova nastanka i moguće posljedice objavljivanja podataka;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pojam digitalnog traga, načine njegova nastanka i moguće posljedice objavljivanja podataka.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pojam digitalnog traga, načine njegova nastanka i moguće posljedice objavljivanja podataka.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objašnjava nastanak i trajnost digitalnog traga, analizira posljedice objave te predlaže obzirno i sigurno ponašanje.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prepoznaje digitalne tragove i njihove posljedice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da se objave i komentari mogu zadržati te navodi primjer primjerenog ponašanja.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jedan primjer digitalnog traga i prihvaća da poruke ne smiju vrijeđati druge.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pojam digitalnog traga niti moguće posljedice objavljivanja.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 sat. Pravila za digitalni svijet</w:t>
      </w:r>
    </w:p>
    <w:p>
      <w:pPr>
        <w:keepNext/>
        <w:spacing w:after="100"/>
      </w:pPr>
      <w:r>
        <w:rPr>
          <w:i/>
          <w:color w:val="5F6B70"/>
          <w:sz w:val="18"/>
        </w:rPr>
        <w:t>Siguran učenik u digitalnom svijetu  |  B.2.2.,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ključna pravila privatnosti, sigurnosti, komunikacije i odgovornog ponašanja;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ključna pravila privatnosti, sigurnosti, komunikacije i odgovornog ponašanja;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ključna pravila privatnosti, sigurnosti, komunikacije i odgovornog ponašanja;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ključna pravila privatnosti, sigurnosti, komunikacije i odgovornog ponašanja.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ključna pravila privatnosti, sigurnosti, komunikacije i odgovornog ponašanja.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oblikuje jasna pravila digitalnog ponašanja, primjenjuje pravila privatnosti te ih prikazuje u cjelovitom i preglednom digitalnom radu.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odabire važna pravila i izrađuje dovršen digitalni prikaz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navodi osnovna pravila i izrađuje jednostavan digitalni rad koji prenosi glavnu poruku.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jedno pravilo i unosi ga u djelomično dovršen digitalni rad.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osnovno pravilo niti izrađuje prepoznatljiv digitalni sadržaj.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18. i 19. sat. Dijelim i vrednujem digitalne radove</w:t>
      </w:r>
    </w:p>
    <w:p>
      <w:pPr>
        <w:keepNext/>
        <w:spacing w:after="100"/>
      </w:pPr>
      <w:r>
        <w:rPr>
          <w:i/>
          <w:color w:val="5F6B70"/>
          <w:sz w:val="18"/>
        </w:rPr>
        <w:t>Siguran učenik u digitalnom svijetu  |  B.2.1.,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pravila sigurnog dijeljenja i jednostavne kriterije vrednovanja digitalnoga rada;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pravila sigurnog dijeljenja i jednostavne kriterije vrednovanja digitalnoga rada;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pravila sigurnog dijeljenja i jednostavne kriterije vrednovanja digitalnoga rada;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pravila sigurnog dijeljenja i jednostavne kriterije vrednovanja digitalnoga rada.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pravila sigurnog dijeljenja i jednostavne kriterije vrednovanja digitalnoga rada.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i sigurno dijeli rad u pouzdanoj platformi, jasno ga predstavlja te argumentirano vrednuje svoj i tuđi rad prema kriterijima.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dijeli i predstavlja rad te daje primjerenu povratnu informaciju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dijeli rad, ukratko ga predstavlja i primjenjuje većinu zadanih kriterija vrednovanja.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pristupa platformi, pokazuje rad i daje vrlo jednostavnu povratnu informaciju.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dijeli ili predstavlja rad na siguran i primjeren način.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20. i 21. sat. Korak po korak – crtež</w:t>
      </w:r>
    </w:p>
    <w:p>
      <w:pPr>
        <w:keepNext/>
        <w:spacing w:after="100"/>
      </w:pPr>
      <w:r>
        <w:rPr>
          <w:i/>
          <w:color w:val="5F6B70"/>
          <w:sz w:val="18"/>
        </w:rPr>
        <w:t>Stvaram i organiziram digitalne radove  | 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važnost planiranja slijeda koraka i odabira alata prije izrade digitalnog crteža;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važnost planiranja slijeda koraka i odabira alata prije izrade digitalnog crteža;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važnost planiranja slijeda koraka i odabira alata prije izrade digitalnog crteža;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važnost planiranja slijeda koraka i odabira alata prije izrade digitalnog crteža.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važnost planiranja slijeda koraka i odabira alata prije izrade digitalnog crteža.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planira i opisuje jasan slijed izrade crteža, primjenjuje ga i po potrebi ispravlja postupak.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opisuje i slijedi redoslijed izrade crteža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slaže većinu koraka pravilnim redoslijedom i izrađuje jednostavan crtež.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slijedi zadani model i izvršava pojedine korake izrade.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redoslijed osnovnih koraka niti započinje izradu prema uputi.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22. sat. Upoznajem mape i datoteke</w:t>
      </w:r>
    </w:p>
    <w:p>
      <w:pPr>
        <w:keepNext/>
        <w:spacing w:after="100"/>
      </w:pPr>
      <w:r>
        <w:rPr>
          <w:i/>
          <w:color w:val="5F6B70"/>
          <w:sz w:val="18"/>
        </w:rPr>
        <w:t>Stvaram i organiziram digitalne radove  | 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razliku između mape i datoteke te njihovu ulogu u organizaciji podataka;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razliku između mape i datoteke te njihovu ulogu u organizaciji podataka;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razliku između mape i datoteke te njihovu ulogu u organizaciji podataka;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razliku između mape i datoteke te njihovu ulogu u organizaciji podataka.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razliku između mape i datoteke te njihovu ulogu u organizaciji podataka.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razlikuje mapu i datoteku, prepoznaje osnovne vrste i veličine datoteka te primjereno imenuje i razvrstava sadržaje.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razlikuje, imenuje i razvrstava mape i datoteke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razlikuje mapu od datoteke i razvrstava većinu zadanih sadržaja.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mapu i jednu vrstu datoteke te ih smješta prema modelu.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razlikuje mapu od datoteke niti razvrstava zadane sadržaje.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 sat. Rad s mapama</w:t>
      </w:r>
    </w:p>
    <w:p>
      <w:pPr>
        <w:keepNext/>
        <w:spacing w:after="100"/>
      </w:pPr>
      <w:r>
        <w:rPr>
          <w:i/>
          <w:color w:val="5F6B70"/>
          <w:sz w:val="18"/>
        </w:rPr>
        <w:t>Stvaram i organiziram digitalne radove  | 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postupke stvaranja, imenovanja, otvaranja i zatvaranja mapa;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postupke stvaranja, imenovanja, otvaranja i zatvaranja mapa;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postupke stvaranja, imenovanja, otvaranja i zatvaranja mapa;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postupke stvaranja, imenovanja, otvaranja i zatvaranja mapa.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postupke stvaranja, imenovanja, otvaranja i zatvaranja mapa.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stvara, smisleno imenuje, preimenuje i premješta mape te pravilno organizira zadane datoteke.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izvodi sve osnovne radnje s mapama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stvara i imenuje mapu te premješta datoteku na zadano mjesto.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stvara mapu prema modelu i u nju smješta jednu zadanu datoteku.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stvara mapu niti premješta datoteku na zadano mjesto.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24. sat. Organiziram mape na računalu</w:t>
      </w:r>
    </w:p>
    <w:p>
      <w:pPr>
        <w:keepNext/>
        <w:spacing w:after="100"/>
      </w:pPr>
      <w:r>
        <w:rPr>
          <w:i/>
          <w:color w:val="5F6B70"/>
          <w:sz w:val="18"/>
        </w:rPr>
        <w:t>Stvaram i organiziram digitalne radove  | 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pravila smislenog imenovanja i hijerarhijskog organiziranja mapa i datoteka;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pravila smislenog imenovanja i hijerarhijskog organiziranja mapa i datoteka;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pravila smislenog imenovanja i hijerarhijskog organiziranja mapa i datoteka;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pravila smislenog imenovanja i hijerarhijskog organiziranja mapa i datoteka.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pravila smislenog imenovanja i hijerarhijskog organiziranja mapa i datoteka.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oblikuje preglednu strukturu mapa, pravilno ih imenuje, preimenuje, premješta i briše te obrazlaže organizaciju podataka.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organizira mape i datoteke te izvodi zadane radnje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organizira jednostavnu strukturu i pravilno izvodi većinu osnovnih radnji.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slijedi model organizacije i izvodi jednu ili dvije osnovne radnje.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organizira sadržaje niti sigurno izvršava osnovne radnje s mapama.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25. sat. Stvaram digitalni crtež</w:t>
      </w:r>
    </w:p>
    <w:p>
      <w:pPr>
        <w:keepNext/>
        <w:spacing w:after="100"/>
      </w:pPr>
      <w:r>
        <w:rPr>
          <w:i/>
          <w:color w:val="5F6B70"/>
          <w:sz w:val="18"/>
        </w:rPr>
        <w:t>Stvaram i organiziram digitalne radove  | 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namjenu alata i osnovne postupke izrade i spremanja digitalnog crteža;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namjenu alata i osnovne postupke izrade i spremanja digitalnog crteža;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namjenu alata i osnovne postupke izrade i spremanja digitalnog crteža;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namjenu alata i osnovne postupke izrade i spremanja digitalnog crteža.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namjenu alata i osnovne postupke izrade i spremanja digitalnog crteža.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i kreativno kombinira odgovarajuće alate i sadržaje, izrađuje cjelovit digitalni crtež te ga pravilno pohranjuje u mapu učenja.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izrađuje uredan i dovršen crtež te ga pravilno pohranjuje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koristi osnovne alate i izrađuje rad koji većinom odgovara zadatku.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koristi pojedine alate i izrađuje djelomično dovršen digitalni crtež.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koristi osnovne alate svrhovito niti izrađuje prepoznatljiv digitalni crtež.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26. i 27. sat. Kopiram, izrezujem i lijepim</w:t>
      </w:r>
    </w:p>
    <w:p>
      <w:pPr>
        <w:keepNext/>
        <w:spacing w:after="100"/>
      </w:pPr>
      <w:r>
        <w:rPr>
          <w:i/>
          <w:color w:val="5F6B70"/>
          <w:sz w:val="18"/>
        </w:rPr>
        <w:t>Stvaram i organiziram digitalne radove  | 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razliku između kopiranja, izrezivanja i lijepljenja te redoslijed koraka svakog postupka;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razliku između kopiranja, izrezivanja i lijepljenja te redoslijed koraka svakog postupka;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razliku između kopiranja, izrezivanja i lijepljenja te redoslijed koraka svakog postupka;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razliku između kopiranja, izrezivanja i lijepljenja te redoslijed koraka svakog postupka.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razliku između kopiranja, izrezivanja i lijepljenja te redoslijed koraka svakog postupka.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i precizno označava dijelove crteža, kopira, izrezuje i lijepi ih te postupke svrhovito kombinira u novom radu.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izvodi kopiranje, izrezivanje i lijepljenje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označava dio crteža i pravilno izvodi većinu zadanih postupaka.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prema modelu izvodi jedan postupak s odabranim dijelom crteža.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označava dio crteža niti izvodi osnovne postupke kopiranja, izrezivanja ili lijepljenja.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28. sat. Uređujem digitalni crtež</w:t>
      </w:r>
    </w:p>
    <w:p>
      <w:pPr>
        <w:keepNext/>
        <w:spacing w:after="100"/>
      </w:pPr>
      <w:r>
        <w:rPr>
          <w:i/>
          <w:color w:val="5F6B70"/>
          <w:sz w:val="18"/>
        </w:rPr>
        <w:t>Stvaram i organiziram digitalne radove  | 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mogućnosti uređivanja crteža i svrhu spremanja nove inačice rada;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mogućnosti uređivanja crteža i svrhu spremanja nove inačice rada;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mogućnosti uređivanja crteža i svrhu spremanja nove inačice rada;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mogućnosti uređivanja crteža i svrhu spremanja nove inačice rada.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mogućnosti uređivanja crteža i svrhu spremanja nove inačice rada.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odabire i kombinira prikladne postupke uređivanja, poboljšava digitalni crtež i pravilno sprema novu inačicu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uređuje crtež i sprema dovršen rad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primjenjuje osnovne postupke uređivanja i dovršava glavni dio zadatka.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mijenja jedan element crteža i sprema djelomično uređen rad.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primjenjuje osnovni postupak uređivanja niti sprema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 sat. Zakretanje crteža</w:t>
      </w:r>
    </w:p>
    <w:p>
      <w:pPr>
        <w:keepNext/>
        <w:spacing w:after="100"/>
      </w:pPr>
      <w:r>
        <w:rPr>
          <w:i/>
          <w:color w:val="5F6B70"/>
          <w:sz w:val="18"/>
        </w:rPr>
        <w:t>Stvaram i organiziram digitalne radove  | 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razliku između zakretanja i zrcaljenja te ulogu označavanja objekta;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razliku između zakretanja i zrcaljenja te ulogu označavanja objekta;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razliku između zakretanja i zrcaljenja te ulogu označavanja objekta;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razliku između zakretanja i zrcaljenja te ulogu označavanja objekta.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razliku između zakretanja i zrcaljenja te ulogu označavanja objekta.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označava dio ili cijeli crtež, pravilno odabire smjer zakretanja ili zrcaljenja i svrhovito primjenjuje postupak.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zakreće ili zrcali crtež prema zadatku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označava objekt i primjenjuje zadanu mogućnost zakretanja.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prema demonstraciji izvodi jedan jednostavan postupak zakretanja.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označava objekt niti primjenjuje zadanu mogućnost zakretanja.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30. sat. Izrađujem pozivnicu</w:t>
      </w:r>
    </w:p>
    <w:p>
      <w:pPr>
        <w:keepNext/>
        <w:spacing w:after="100"/>
      </w:pPr>
      <w:r>
        <w:rPr>
          <w:i/>
          <w:color w:val="5F6B70"/>
          <w:sz w:val="18"/>
        </w:rPr>
        <w:t>Stvaram i organiziram digitalne radove  |  C.2.1.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svrhu pozivnice, njezine obvezne podatke i odnos teksta i slikovnih elemenata;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svrhu pozivnice, njezine obvezne podatke i odnos teksta i slikovnih elemenata;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svrhu pozivnice, njezine obvezne podatke i odnos teksta i slikovnih elemenata;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svrhu pozivnice, njezine obvezne podatke i odnos teksta i slikovnih elemenata.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svrhu pozivnice, njezine obvezne podatke i odnos teksta i slikovnih elemenata.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kombinira tekst i slikovne elemente, izrađuje jasnu, estetski uređenu i sadržajno potpunu pozivnicu, sprema je i uvjerljivo predstavlja.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izrađuje sadržajno potpunu i urednu pozivnicu te je predstavlja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izrađuje razumljivu pozivnicu koja sadrži većinu potrebnih podataka.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unosi dio potrebnih podataka i slikovni element u djelomično dovršen rad.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izrađuje prepoznatljivu pozivnicu niti uključuje osnovne podatke.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31. i 32. sat. Dorin novi uređaj</w:t>
      </w:r>
    </w:p>
    <w:p>
      <w:pPr>
        <w:keepNext/>
        <w:spacing w:after="100"/>
      </w:pPr>
      <w:r>
        <w:rPr>
          <w:i/>
          <w:color w:val="5F6B70"/>
          <w:sz w:val="18"/>
        </w:rPr>
        <w:t>Što kada uređaji postanu otpad?  |  C.2.1., C.2.2.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oznake i vrste elektroničkog otpada te njegov utjecaj na okoliš;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oznake i vrste elektroničkog otpada te njegov utjecaj na okoliš;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oznake i vrste elektroničkog otpada te njegov utjecaj na okoliš;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oznake i vrste elektroničkog otpada te njegov utjecaj na okoliš.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oznake i vrste elektroničkog otpada te njegov utjecaj na okoliš.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prepoznaje oznaku i različite vrste elektroničkog otpada, objašnjava njihov utjecaj te izrađuje pregledan digitalni rad s točnim porukama.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razlikuje elektronički otpad i izrađuje dovršen digitalni rad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prepoznaje elektronički otpad i izrađuje jednostavan rad s glavnom porukom.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jedan primjer elektroničkog otpada i unosi ga u djelomično dovršen rad.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elektronički otpad niti izrađuje prepoznatljiv digitalni sadržaj o temi.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33. i 34. sat. Zbrinjavanje EE otpada</w:t>
      </w:r>
    </w:p>
    <w:p>
      <w:pPr>
        <w:keepNext/>
        <w:spacing w:after="100"/>
      </w:pPr>
      <w:r>
        <w:rPr>
          <w:i/>
          <w:color w:val="5F6B70"/>
          <w:sz w:val="18"/>
        </w:rPr>
        <w:t>Što kada uređaji postanu otpad?  |  C.2.1., C.2.2.  |  Usvojenost sadržaja i Primjena znanja</w:t>
      </w:r>
    </w:p>
    <w:p>
      <w:pPr>
        <w:pStyle w:val="Heading3"/>
        <w:keepNext/>
      </w:pPr>
      <w:r>
        <w:t>Usvojenost sadržaja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Samostalno, točno i cjelovito objašnjava pravila razvrstavanja i odgovornog zbrinjavanja električnog i elektroničkog otpada; povezuje pojmove i pravila te ih obrazlaže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i točno objašnjava pravila razvrstavanja i odgovornog zbrinjavanja električnog i elektroničkog otpada; uz manji podsjetnik povezuje ključne pojmove i pravila.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Prepoznaje i djelomično objašnjava pravila razvrstavanja i odgovornog zbrinjavanja električnog i elektroničkog otpada; uz povremenu pomoć navodi glavne pojmove ili pravila.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prepoznaje osnovne činjenice povezane s područjem: pravila razvrstavanja i odgovornog zbrinjavanja električnog i elektroničkog otpada.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primjerenu pomoć ne prepoznaje niti objašnjava osnovne činjenice povezane s područjem: pravila razvrstavanja i odgovornog zbrinjavanja električnog i elektroničkog otpada.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/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Samostalno pravilno razvrstava EE otpad, obrazlaže potrebu odgovornog zbrinjavanja te izrađuje i jasno predstavlja sadržajno točan digitalni rad.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Uglavnom samostalno razvrstava otpad, objašnjava osnovni utjecaj na okoliš i izrađuje dovršen rad uz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povremenu pomoć razvrstava većinu primjera i izrađuje jednostavan digitalni rad s točnom glavnom porukom.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after="0" w:line="259" w:lineRule="auto"/>
            </w:pPr>
            <w:r>
              <w:t>Uz čestu pomoć razvrstava jedan ili dva očita primjera i dovršava dio zadanog digitalnog rada.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t>Ni uz pomoć ne prepoznaje način zbrinjavanja EE otpada niti izrađuje prepoznatljiv rad o temi.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sat. Zaključivanje ocjena i samovrednovanje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Svi ostvarivani ishodi  |  Usvojenost sadržaja i Primjena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28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samovrednovanju i razgovoru o napretku. Zaključna ocjena temelji se na razini ostvarenosti ishoda u oba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treba odgovarati ukupnoj razini ostvarenosti odgojno-obrazovnih ishoda. Oba elementa vrednovanja imaju jednak udio. U obzir se uzimaju napredovanje, samostalnost, primjena znanja u novoj situaciji, kvaliteta digitalnih radova, sigurna komunikacija i odgovorno ponašanje.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pStyle w:val="ListBullet"/>
      </w:pPr>
      <w:r>
        <w:t>Eksperimentalni kurikulum nastavnog predmeta Informacijske i digitalne kompetencije za osnovne škole.</w:t>
      </w:r>
    </w:p>
    <w:p>
      <w:pPr>
        <w:pStyle w:val="ListBullet"/>
      </w:pPr>
      <w:r>
        <w:t>Metodički priručnik @mreža 2.</w:t>
      </w:r>
    </w:p>
    <w:p>
      <w:pPr>
        <w:pStyle w:val="ListBullet"/>
      </w:pPr>
      <w:r>
        <w:t>Godišnji izvedbeni kurikulum @mreža 2 za jedan sat tjedno, prilagođen školskoj godini 2026./2027.</w:t>
      </w:r>
    </w:p>
    <w:p>
      <w:pPr>
        <w:pStyle w:val="ListBullet"/>
      </w:pPr>
      <w:r>
        <w:t>Udžbenik @mreža 2,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Informacijske i digitalne kompetencije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IDK • 2.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IDK - 2. razred</dc:title>
  <dc:subject>Školska godina 2026./2027.</dc:subject>
  <dc:creator>Ivan Došen</dc:creator>
  <cp:keywords>IDK, kriteriji vrednovanja, drugi razred,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