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360" w:after="120"/>
      </w:pPr>
      <w:r>
        <w:rPr>
          <w:b/>
          <w:color w:val="174A5B"/>
          <w:sz w:val="48"/>
        </w:rPr>
        <w:t>KRITERIJI VREDNOVANJA</w:t>
      </w:r>
    </w:p>
    <w:p>
      <w:pPr>
        <w:spacing w:after="280"/>
      </w:pPr>
      <w:r>
        <w:rPr>
          <w:color w:val="167E9B"/>
          <w:sz w:val="28"/>
        </w:rPr>
        <w:t>Informacijske i digitalne kompetencije • 5. razred osnovne škole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128"/>
      </w:tblGrid>
      <w:tr>
        <w:trPr>
          <w:cantSplit/>
        </w:trPr>
        <w:tc>
          <w:tcPr>
            <w:tcW w:type="dxa" w:w="9128"/>
            <w:shd w:fill="DDEFF4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0"/>
            </w:pPr>
            <w:r>
              <w:rPr>
                <w:b/>
                <w:color w:val="174A5B"/>
              </w:rPr>
              <w:t xml:space="preserve">Školska godina: </w:t>
            </w:r>
            <w:r>
              <w:t>2026./2027. • 1 sat tjedno • 35 sati godišnje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128"/>
      </w:tblGrid>
      <w:tr>
        <w:trPr>
          <w:cantSplit/>
        </w:trPr>
        <w:tc>
          <w:tcPr>
            <w:tcW w:type="dxa" w:w="9128"/>
            <w:shd w:fill="F3F9FB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0"/>
            </w:pPr>
            <w:r>
              <w:rPr>
                <w:b/>
                <w:color w:val="174A5B"/>
              </w:rPr>
              <w:t xml:space="preserve">Škola: </w:t>
            </w:r>
            <w:r>
              <w:t>OŠ Čakovci • Izradio: Ivan Došen</w:t>
            </w:r>
          </w:p>
        </w:tc>
      </w:tr>
    </w:tbl>
    <w:p>
      <w:pPr>
        <w:spacing w:after="20"/>
      </w:pPr>
    </w:p>
    <w:p>
      <w:pPr>
        <w:pStyle w:val="Heading1"/>
      </w:pPr>
      <w:r>
        <w:t>1. Polazišta vrednovanja</w:t>
      </w:r>
    </w:p>
    <w:p>
      <w:r>
        <w:t>Kriteriji su izrađeni prema Eksperimentalnom kurikulumu nastavnog predmeta Informacijske i digitalne kompetencije, metodičkom priručniku @mreža 5, Godišnjem izvedbenom kurikulumu za jedan sat tjedno i sadržajima udžbenika @mreža 5.</w:t>
      </w:r>
    </w:p>
    <w:p>
      <w:pPr>
        <w:spacing w:after="80"/>
      </w:pPr>
      <w:r>
        <w:rPr>
          <w:b/>
          <w:color w:val="174A5B"/>
        </w:rPr>
        <w:t xml:space="preserve">Svrha vrednovanja. </w:t>
      </w:r>
      <w:r>
        <w:t>Vrednovanje je usmjereno na ostvarivanje odgojno-obrazovnih ishoda, praćenje napretka i davanje jasne povratne informacije učeniku. Kriteriji omogućuju transparentno, ujednačeno i razvojno praćenje učenja.</w:t>
      </w:r>
    </w:p>
    <w:p>
      <w:pPr>
        <w:spacing w:after="80"/>
      </w:pPr>
      <w:r>
        <w:rPr>
          <w:b/>
          <w:color w:val="174A5B"/>
        </w:rPr>
        <w:t xml:space="preserve">Načini praćenja i vrednovanja. </w:t>
      </w:r>
      <w:r>
        <w:t>Razina ostvarenosti utvrđuje se na temelju usmenih i pisanih objašnjenja, praktičnih zadataka, rješavanja problema, digitalnih radova, projekata, sigurnog postupanja te individualnog i suradničkog rada.</w:t>
      </w:r>
    </w:p>
    <w:p>
      <w:pPr>
        <w:spacing w:after="80"/>
      </w:pPr>
      <w:r>
        <w:rPr>
          <w:b/>
          <w:color w:val="174A5B"/>
        </w:rPr>
        <w:t xml:space="preserve">Cjelovita procjena. </w:t>
      </w:r>
      <w:r>
        <w:t>Ne vrednuje se samo dovršenost ili brzina rada, nego razumijevanje, točnost, svrhovita primjena znanja, samostalnost, odgovornost, kvaliteta digitalnog uratka i sposobnost obrazlaganja postupka.</w:t>
      </w:r>
    </w:p>
    <w:p>
      <w:pPr>
        <w:spacing w:after="80"/>
      </w:pPr>
      <w:r>
        <w:rPr>
          <w:b/>
          <w:color w:val="174A5B"/>
        </w:rPr>
        <w:t xml:space="preserve">Dob učenika. </w:t>
      </w:r>
      <w:r>
        <w:t>Uvažavaju se razvojne osobitosti i prethodno iskustvo učenika. Samostalnost znači svrhovit rad nakon jasne upute primjerene petom razredu.</w:t>
      </w:r>
    </w:p>
    <w:p>
      <w:pPr>
        <w:spacing w:after="80"/>
      </w:pPr>
      <w:r>
        <w:rPr>
          <w:b/>
          <w:color w:val="174A5B"/>
        </w:rPr>
        <w:t xml:space="preserve">Individualne potrebe. </w:t>
      </w:r>
      <w:r>
        <w:t>Način provjere i potrebna podrška prilagođavaju se individualnim potrebama učenika, a tehničke poteškoće izvan učenikove kontrole ne smiju umanjiti procjenu njegova znanja i napretka.</w:t>
      </w:r>
    </w:p>
    <w:p>
      <w:pPr>
        <w:spacing w:after="80"/>
      </w:pPr>
      <w:r>
        <w:rPr>
          <w:b/>
          <w:color w:val="174A5B"/>
        </w:rPr>
        <w:t xml:space="preserve">Primjena kriterija. </w:t>
      </w:r>
      <w:r>
        <w:t>Učenik ne mora biti vrednovan u svakoj nastavnoj jedinici. Učitelj odabire reprezentativne aktivnosti i više dokaza prikupljenih tijekom vremena te kriterije povezuje s povratnom informacijom, samovrednovanjem i planiranjem daljnjeg učenja.</w:t>
      </w:r>
    </w:p>
    <w:p>
      <w:pPr>
        <w:pStyle w:val="Heading1"/>
      </w:pPr>
      <w:r>
        <w:t>2. Elementi vrednovanja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128"/>
      </w:tblGrid>
      <w:tr>
        <w:trPr>
          <w:cantSplit/>
        </w:trPr>
        <w:tc>
          <w:tcPr>
            <w:tcW w:type="dxa" w:w="9128"/>
            <w:shd w:fill="F3F9FB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0"/>
            </w:pPr>
            <w:r>
              <w:rPr>
                <w:b/>
                <w:color w:val="174A5B"/>
              </w:rPr>
              <w:t xml:space="preserve">Usvojenost sadržaja: </w:t>
            </w:r>
            <w:r>
              <w:t>poznavanje, prepoznavanje, opisivanje i objašnjavanje pojmova, pravila, postupaka i odnosa obrađenih u pojedinoj nastavnoj jedinici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128"/>
      </w:tblGrid>
      <w:tr>
        <w:trPr>
          <w:cantSplit/>
        </w:trPr>
        <w:tc>
          <w:tcPr>
            <w:tcW w:type="dxa" w:w="9128"/>
            <w:shd w:fill="F3F9FB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0"/>
            </w:pPr>
            <w:r>
              <w:rPr>
                <w:b/>
                <w:color w:val="174A5B"/>
              </w:rPr>
              <w:t xml:space="preserve">Primjena znanja: </w:t>
            </w:r>
            <w:r>
              <w:t>samostalna i sigurna primjena naučenoga pri pretraživanju, uporabi programa, organiziranju podataka, izradi digitalnih radova i komunikaciji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</w:pPr>
      <w:r>
        <w:t>3. Opće značenje razina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Učenik nakon upute radi samostalno, točno i sigurno, objašnjava postupak te znanje primjenjuje u novoj ili složenijoj situaciji.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Učenik zadatak izvodi uglavnom samostalno i točno; potrebna mu je tek povremena kratka pomoć ili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Učenik ostvaruje temeljni dio ishoda uz povremenu pomoć i dodatno vođenje; postupak je većinom ispravan.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Učenik ostvaruje samo osnovni dio ishoda uz čestu, konkretnu pomoć i ponovljenu demonstraciju.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Učenik ni uz primjerenu pomoć ne pokazuje osnovno razumijevanje niti izvršava temeljne korake zadatka.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128"/>
      </w:tblGrid>
      <w:tr>
        <w:trPr>
          <w:cantSplit/>
        </w:trPr>
        <w:tc>
          <w:tcPr>
            <w:tcW w:type="dxa" w:w="9128"/>
            <w:shd w:fill="F3F9FB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0"/>
            </w:pPr>
            <w:r>
              <w:rPr>
                <w:b/>
                <w:color w:val="174A5B"/>
              </w:rPr>
              <w:t xml:space="preserve">Napomena: </w:t>
            </w:r>
            <w:r>
              <w:t>Prednost uvijek imaju konkretni kriteriji navedeni uz pojedinu nastavnu jedinicu.</w:t>
            </w:r>
          </w:p>
        </w:tc>
      </w:tr>
    </w:tbl>
    <w:p>
      <w:pPr>
        <w:spacing w:after="20"/>
      </w:pPr>
    </w:p>
    <w:p>
      <w:pPr>
        <w:pStyle w:val="Heading1"/>
      </w:pPr>
      <w:r>
        <w:t>4. Kriteriji po nastavnim jedinicama</w:t>
      </w:r>
    </w:p>
    <w:p>
      <w:pPr>
        <w:pStyle w:val="Heading2"/>
        <w:keepNext/>
      </w:pPr>
      <w:r>
        <w:t>1. i 2. sat. Što nas očekuje u 5. razredu</w:t>
      </w:r>
    </w:p>
    <w:p>
      <w:pPr>
        <w:keepNext/>
        <w:spacing w:after="100"/>
      </w:pPr>
      <w:r>
        <w:rPr>
          <w:i/>
          <w:color w:val="5F6B70"/>
          <w:sz w:val="18"/>
        </w:rPr>
        <w:t>Priprema p(r)ozor, @mreža 5  |  B.5.1.  |  Usvojenost sadržaja i Primjena znanja</w:t>
      </w:r>
    </w:p>
    <w:p>
      <w:pPr>
        <w:pStyle w:val="Heading3"/>
        <w:keepNext/>
      </w:pPr>
      <w:r>
        <w:t>Usvojenost sadržaja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Samostalno, točno i cjelovito objašnjava namjenu virtualne učionice, pravila organizacije rada te podjelu softvera prema namjeni i vrsti licencije; povezuje pojmove i pravila te ih obrazlaže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Uglavnom samostalno i točno objašnjava namjenu virtualne učionice, pravila organizacije rada te podjelu softvera prema namjeni i vrsti licencije; uz manji podsjetnik povezuje ključne pojmove i pravila.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Prepoznaje i djelomično objašnjava namjenu virtualne učionice, pravila organizacije rada te podjelu softvera prema namjeni i vrsti licencije; uz povremenu pomoć navodi glavne pojmove ili pravila.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čestu pomoć prepoznaje osnovne činjenice povezane s područjem: namjenu virtualne učionice, pravila organizacije rada te podjelu softvera prema namjeni i vrsti licencije.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primjerenu pomoć ne prepoznaje niti objašnjava osnovne činjenice povezane s područjem: namjenu virtualne učionice, pravila organizacije rada te podjelu softvera prema namjeni i vrsti licencije.</w:t>
            </w:r>
          </w:p>
        </w:tc>
      </w:tr>
    </w:tbl>
    <w:p>
      <w:pPr>
        <w:spacing w:after="20"/>
      </w:pPr>
    </w:p>
    <w:p>
      <w:pPr>
        <w:pStyle w:val="Heading3"/>
        <w:keepNext/>
      </w:pPr>
      <w:r>
        <w:t>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Samostalno se snalazi u virtualnoj učionici, organizira radne materijale, razlikuje vrste softvera i obrazloženo povezuje program s namjenom i licencijom.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Uglavnom samostalno koristi virtualnu učionicu i pravilno razvrstava softver uz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povremenu pomoć pristupa zadanim sadržajima te razlikuje osnovne vrste programa i licencija.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čestu pomoć pristupa virtualnoj učionici i prepoznaje namjenu pojedinog programa.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pomoć ne pristupa zadanom prostoru niti prepoznaje osnovnu namjenu softvera.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3. i 4. sat. Pretražimo internet i zabilježimo rezultate u Wordu</w:t>
      </w:r>
    </w:p>
    <w:p>
      <w:pPr>
        <w:keepNext/>
        <w:spacing w:after="100"/>
      </w:pPr>
      <w:r>
        <w:rPr>
          <w:i/>
          <w:color w:val="5F6B70"/>
          <w:sz w:val="18"/>
        </w:rPr>
        <w:t>Tehnologija za zeleni svijet  |  A.5.1., A.5.2., C.5.3.  |  Usvojenost sadržaja i Primjena znanja</w:t>
      </w:r>
    </w:p>
    <w:p>
      <w:pPr>
        <w:pStyle w:val="Heading3"/>
        <w:keepNext/>
      </w:pPr>
      <w:r>
        <w:t>Usvojenost sadržaja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Samostalno, točno i cjelovito objašnjava operatore i dodatne postavke pretraživanja, kriterije vrednovanja informacija te osnovne mogućnosti programa za obradu teksta; povezuje pojmove i pravila te ih obrazlaže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Uglavnom samostalno i točno objašnjava operatore i dodatne postavke pretraživanja, kriterije vrednovanja informacija te osnovne mogućnosti programa za obradu teksta; uz manji podsjetnik povezuje ključne pojmove i pravila.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Prepoznaje i djelomično objašnjava operatore i dodatne postavke pretraživanja, kriterije vrednovanja informacija te osnovne mogućnosti programa za obradu teksta; uz povremenu pomoć navodi glavne pojmove ili pravila.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čestu pomoć prepoznaje osnovne činjenice povezane s područjem: operatore i dodatne postavke pretraživanja, kriterije vrednovanja informacija te osnovne mogućnosti programa za obradu teksta.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primjerenu pomoć ne prepoznaje niti objašnjava osnovne činjenice povezane s područjem: operatore i dodatne postavke pretraživanja, kriterije vrednovanja informacija te osnovne mogućnosti programa za obradu teksta.</w:t>
            </w:r>
          </w:p>
        </w:tc>
      </w:tr>
    </w:tbl>
    <w:p>
      <w:pPr>
        <w:spacing w:after="20"/>
      </w:pPr>
    </w:p>
    <w:p>
      <w:pPr>
        <w:pStyle w:val="Heading3"/>
        <w:keepNext/>
      </w:pPr>
      <w:r>
        <w:t>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Samostalno oblikuje učinkovite upite s operatorima i filtrima, uspoređuje rezultate, odabire vjerodostojne informacije te ih pregledno bilježi u Wordu.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Uglavnom samostalno pretražuje, vrednuje i bilježi relevantne rezultate uz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povremenu pomoć koristi jednostavan operator ili filtar, pronalazi uporabljiv izvor i bilježi glavne podatke.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čestu pomoć provodi zadano pretraživanje i unosi jednu pronađenu informaciju u dokument.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pomoć ne provodi osnovno pretraživanje niti bilježi rezultat povezan sa zadatkom.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5. i 6. sat. Umetanje grafika i navođenje izvora</w:t>
      </w:r>
    </w:p>
    <w:p>
      <w:pPr>
        <w:keepNext/>
        <w:spacing w:after="100"/>
      </w:pPr>
      <w:r>
        <w:rPr>
          <w:i/>
          <w:color w:val="5F6B70"/>
          <w:sz w:val="18"/>
        </w:rPr>
        <w:t>Tehnologija za zeleni svijet  |  A.5.1., A.5.2., C.5.3.  |  Usvojenost sadržaja i Primjena znanja</w:t>
      </w:r>
    </w:p>
    <w:p>
      <w:pPr>
        <w:pStyle w:val="Heading3"/>
        <w:keepNext/>
      </w:pPr>
      <w:r>
        <w:t>Usvojenost sadržaja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Samostalno, točno i cjelovito objašnjava pravila navođenja izvora, oblikovanja odlomaka te umetanja i oblikovanja slika i grafike u dokumentu; povezuje pojmove i pravila te ih obrazlaže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Uglavnom samostalno i točno objašnjava pravila navođenja izvora, oblikovanja odlomaka te umetanja i oblikovanja slika i grafike u dokumentu; uz manji podsjetnik povezuje ključne pojmove i pravila.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Prepoznaje i djelomično objašnjava pravila navođenja izvora, oblikovanja odlomaka te umetanja i oblikovanja slika i grafike u dokumentu; uz povremenu pomoć navodi glavne pojmove ili pravila.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čestu pomoć prepoznaje osnovne činjenice povezane s područjem: pravila navođenja izvora, oblikovanja odlomaka te umetanja i oblikovanja slika i grafike u dokumentu.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primjerenu pomoć ne prepoznaje niti objašnjava osnovne činjenice povezane s područjem: pravila navođenja izvora, oblikovanja odlomaka te umetanja i oblikovanja slika i grafike u dokumentu.</w:t>
            </w:r>
          </w:p>
        </w:tc>
      </w:tr>
    </w:tbl>
    <w:p>
      <w:pPr>
        <w:spacing w:after="20"/>
      </w:pPr>
    </w:p>
    <w:p>
      <w:pPr>
        <w:pStyle w:val="Heading3"/>
        <w:keepNext/>
      </w:pPr>
      <w:r>
        <w:t>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Samostalno uređuje tekst i odlomke, umeće i primjereno oblikuje grafiku te dosljedno navodi izvore teksta i slike.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Uglavnom samostalno oblikuje dokument, umeće grafiku i navodi izvore uz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povremenu pomoć uređuje osnovne dijelove dokumenta, umeće sliku i navodi većinu potrebnih podataka o izvoru.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čestu pomoć umeće zadanu sliku i prema modelu zapisuje izvor.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pomoć ne umeće grafiku niti navodi izvor na prepoznatljiv način.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7. i 8. sat. Kako predstaviti svoj rad</w:t>
      </w:r>
    </w:p>
    <w:p>
      <w:pPr>
        <w:keepNext/>
        <w:spacing w:after="100"/>
      </w:pPr>
      <w:r>
        <w:rPr>
          <w:i/>
          <w:color w:val="5F6B70"/>
          <w:sz w:val="18"/>
        </w:rPr>
        <w:t>Tehnologija za zeleni svijet  |  A.5.1., A.5.2., C.5.3.  |  Usvojenost sadržaja i Primjena znanja</w:t>
      </w:r>
    </w:p>
    <w:p>
      <w:pPr>
        <w:pStyle w:val="Heading3"/>
        <w:keepNext/>
      </w:pPr>
      <w:r>
        <w:t>Usvojenost sadržaja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Samostalno, točno i cjelovito objašnjava svrhu prezentacije, osnovne dijelove slajda te načela preglednog povezivanja teksta i grafike; povezuje pojmove i pravila te ih obrazlaže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Uglavnom samostalno i točno objašnjava svrhu prezentacije, osnovne dijelove slajda te načela preglednog povezivanja teksta i grafike; uz manji podsjetnik povezuje ključne pojmove i pravila.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Prepoznaje i djelomično objašnjava svrhu prezentacije, osnovne dijelove slajda te načela preglednog povezivanja teksta i grafike; uz povremenu pomoć navodi glavne pojmove ili pravila.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čestu pomoć prepoznaje osnovne činjenice povezane s područjem: svrhu prezentacije, osnovne dijelove slajda te načela preglednog povezivanja teksta i grafike.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primjerenu pomoć ne prepoznaje niti objašnjava osnovne činjenice povezane s područjem: svrhu prezentacije, osnovne dijelove slajda te načela preglednog povezivanja teksta i grafike.</w:t>
            </w:r>
          </w:p>
        </w:tc>
      </w:tr>
    </w:tbl>
    <w:p>
      <w:pPr>
        <w:spacing w:after="20"/>
      </w:pPr>
    </w:p>
    <w:p>
      <w:pPr>
        <w:pStyle w:val="Heading3"/>
        <w:keepNext/>
      </w:pPr>
      <w:r>
        <w:t>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Samostalno pretvara istražene informacije u logičnu prezentaciju, bira bitan sadržaj te skladno povezuje naslov, tekst i grafiku.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Uglavnom samostalno izrađuje jasnu i preglednu osnovu prezentacije uz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povremenu pomoć raspoređuje glavne informacije na slajdove i primjenjuje osnovno oblikovanje.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čestu pomoć izrađuje jedan ili dva jednostavna slajda prema zadanom modelu.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pomoć ne oblikuje slajd koji prenosi osnovnu poruku rada.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9. i 10. sat. Privucimo pozornost</w:t>
      </w:r>
    </w:p>
    <w:p>
      <w:pPr>
        <w:keepNext/>
        <w:spacing w:after="100"/>
      </w:pPr>
      <w:r>
        <w:rPr>
          <w:i/>
          <w:color w:val="5F6B70"/>
          <w:sz w:val="18"/>
        </w:rPr>
        <w:t>Tehnologija za zeleni svijet  |  A.5.1., A.5.2., C.5.3.  |  Usvojenost sadržaja i Primjena znanja</w:t>
      </w:r>
    </w:p>
    <w:p>
      <w:pPr>
        <w:pStyle w:val="Heading3"/>
        <w:keepNext/>
      </w:pPr>
      <w:r>
        <w:t>Usvojenost sadržaja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Samostalno, točno i cjelovito objašnjava načela oblikovanja prezentacije, vizualne hijerarhije, čitljivosti i primjerenog privlačenja pozornosti publike; povezuje pojmove i pravila te ih obrazlaže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Uglavnom samostalno i točno objašnjava načela oblikovanja prezentacije, vizualne hijerarhije, čitljivosti i primjerenog privlačenja pozornosti publike; uz manji podsjetnik povezuje ključne pojmove i pravila.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Prepoznaje i djelomično objašnjava načela oblikovanja prezentacije, vizualne hijerarhije, čitljivosti i primjerenog privlačenja pozornosti publike; uz povremenu pomoć navodi glavne pojmove ili pravila.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čestu pomoć prepoznaje osnovne činjenice povezane s područjem: načela oblikovanja prezentacije, vizualne hijerarhije, čitljivosti i primjerenog privlačenja pozornosti publike.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primjerenu pomoć ne prepoznaje niti objašnjava osnovne činjenice povezane s područjem: načela oblikovanja prezentacije, vizualne hijerarhije, čitljivosti i primjerenog privlačenja pozornosti publike.</w:t>
            </w:r>
          </w:p>
        </w:tc>
      </w:tr>
    </w:tbl>
    <w:p>
      <w:pPr>
        <w:spacing w:after="20"/>
      </w:pPr>
    </w:p>
    <w:p>
      <w:pPr>
        <w:pStyle w:val="Heading3"/>
        <w:keepNext/>
      </w:pPr>
      <w:r>
        <w:t>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Samostalno primjenjuje vizualnu hijerarhiju, čitljive fontove, odmjerene boje i kvalitetnu grafiku te oblikovanjem usmjerava pozornost na ključnu poruku.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Uglavnom samostalno oblikuje čitljivu i vizualno usklađenu prezentaciju uz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povremenu pomoć poboljšava čitljivost, raspored i isticanje važnih dijelova prezentacije.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čestu pomoć mijenja osnovno oblikovanje kako bi slajd bio pregledniji.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pomoć ne primjenjuje osnovna načela čitljivosti i preglednosti.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11. i 12. sat. Predstavimo svoju ideju</w:t>
      </w:r>
    </w:p>
    <w:p>
      <w:pPr>
        <w:keepNext/>
        <w:spacing w:after="100"/>
      </w:pPr>
      <w:r>
        <w:rPr>
          <w:i/>
          <w:color w:val="5F6B70"/>
          <w:sz w:val="18"/>
        </w:rPr>
        <w:t>Tehnologija za zeleni svijet  |  A.5.1., A.5.2., C.5.3.  |  Usvojenost sadržaja i Primjena znanja</w:t>
      </w:r>
    </w:p>
    <w:p>
      <w:pPr>
        <w:pStyle w:val="Heading3"/>
        <w:keepNext/>
      </w:pPr>
      <w:r>
        <w:t>Usvojenost sadržaja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Samostalno, točno i cjelovito objašnjava kriterije vrednovanja digitalnog rada: sadržaj, oblikovanje, inovativnost, izvori i poziv na djelovanje; povezuje pojmove i pravila te ih obrazlaže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Uglavnom samostalno i točno objašnjava kriterije vrednovanja digitalnog rada: sadržaj, oblikovanje, inovativnost, izvori i poziv na djelovanje; uz manji podsjetnik povezuje ključne pojmove i pravila.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Prepoznaje i djelomično objašnjava kriterije vrednovanja digitalnog rada: sadržaj, oblikovanje, inovativnost, izvori i poziv na djelovanje; uz povremenu pomoć navodi glavne pojmove ili pravila.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čestu pomoć prepoznaje osnovne činjenice povezane s područjem: kriterije vrednovanja digitalnog rada: sadržaj, oblikovanje, inovativnost, izvori i poziv na djelovanje.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primjerenu pomoć ne prepoznaje niti objašnjava osnovne činjenice povezane s područjem: kriterije vrednovanja digitalnog rada: sadržaj, oblikovanje, inovativnost, izvori i poziv na djelovanje.</w:t>
            </w:r>
          </w:p>
        </w:tc>
      </w:tr>
    </w:tbl>
    <w:p>
      <w:pPr>
        <w:spacing w:after="20"/>
      </w:pPr>
    </w:p>
    <w:p>
      <w:pPr>
        <w:pStyle w:val="Heading3"/>
        <w:keepNext/>
      </w:pPr>
      <w:r>
        <w:t>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Samostalno jasno predstavlja ideju, obrazlaže izbor informacija i dizajna te argumentirano vrednuje rad prema svim zadanim kriterijima.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Uglavnom samostalno predstavlja i vrednuje dovršen rad uz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povremenu pomoć predstavlja glavnu poruku i primjenjuje većinu kriterija vrednovanja.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čestu pomoć ukratko predstavlja rad i daje jednostavnu povratnu informaciju prema jednom kriteriju.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pomoć ne predstavlja ideju razumljivo niti primjenjuje zadane kriterije vrednovanja.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13. i 14. sat. Od ideje do igre</w:t>
      </w:r>
    </w:p>
    <w:p>
      <w:pPr>
        <w:keepNext/>
        <w:spacing w:after="100"/>
      </w:pPr>
      <w:r>
        <w:rPr>
          <w:i/>
          <w:color w:val="5F6B70"/>
          <w:sz w:val="18"/>
        </w:rPr>
        <w:t>Od ideje do igre  |  B.5.1., C.5.1., C.5.2., C.5.3.  |  Usvojenost sadržaja i Primjena znanja</w:t>
      </w:r>
    </w:p>
    <w:p>
      <w:pPr>
        <w:pStyle w:val="Heading3"/>
        <w:keepNext/>
      </w:pPr>
      <w:r>
        <w:t>Usvojenost sadržaja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Samostalno, točno i cjelovito objašnjava elemente računalne igre, faze planiranja, rastavljanje problema i značenje licencije korištenih sadržaja; povezuje pojmove i pravila te ih obrazlaže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Uglavnom samostalno i točno objašnjava elemente računalne igre, faze planiranja, rastavljanje problema i značenje licencije korištenih sadržaja; uz manji podsjetnik povezuje ključne pojmove i pravila.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Prepoznaje i djelomično objašnjava elemente računalne igre, faze planiranja, rastavljanje problema i značenje licencije korištenih sadržaja; uz povremenu pomoć navodi glavne pojmove ili pravila.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čestu pomoć prepoznaje osnovne činjenice povezane s područjem: elemente računalne igre, faze planiranja, rastavljanje problema i značenje licencije korištenih sadržaja.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primjerenu pomoć ne prepoznaje niti objašnjava osnovne činjenice povezane s područjem: elemente računalne igre, faze planiranja, rastavljanje problema i značenje licencije korištenih sadržaja.</w:t>
            </w:r>
          </w:p>
        </w:tc>
      </w:tr>
    </w:tbl>
    <w:p>
      <w:pPr>
        <w:spacing w:after="20"/>
      </w:pPr>
    </w:p>
    <w:p>
      <w:pPr>
        <w:pStyle w:val="Heading3"/>
        <w:keepNext/>
      </w:pPr>
      <w:r>
        <w:t>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Samostalno razvija izvedivu ideju igre, određuje temu, cilj, pravila i dizajn, rastavlja projekt na potprobleme te provjerava licencije izvora.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Uglavnom samostalno planira elemente igre i raščlanjuje zadatak uz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povremenu pomoć određuje cilj i osnovna pravila te prepoznaje glavne korake izrade.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čestu pomoć odabire temu i navodi jedan zadatak potreban za izradu igre.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pomoć ne oblikuje osnovnu ideju niti prepoznaje korake izrade igre.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15. i 16. sat. Prvi koraci u mBlocku</w:t>
      </w:r>
    </w:p>
    <w:p>
      <w:pPr>
        <w:keepNext/>
        <w:spacing w:after="100"/>
      </w:pPr>
      <w:r>
        <w:rPr>
          <w:i/>
          <w:color w:val="5F6B70"/>
          <w:sz w:val="18"/>
        </w:rPr>
        <w:t>Od ideje do igre  |  B.5.1., C.5.1., C.5.2., C.5.3.  |  Usvojenost sadržaja i Primjena znanja</w:t>
      </w:r>
    </w:p>
    <w:p>
      <w:pPr>
        <w:pStyle w:val="Heading3"/>
        <w:keepNext/>
      </w:pPr>
      <w:r>
        <w:t>Usvojenost sadržaja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Samostalno, točno i cjelovito objašnjava dijelove sučelja mBlock, uloge pozornice, likova, kostima i blokova te postupak pohrane projekta; povezuje pojmove i pravila te ih obrazlaže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Uglavnom samostalno i točno objašnjava dijelove sučelja mBlock, uloge pozornice, likova, kostima i blokova te postupak pohrane projekta; uz manji podsjetnik povezuje ključne pojmove i pravila.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Prepoznaje i djelomično objašnjava dijelove sučelja mBlock, uloge pozornice, likova, kostima i blokova te postupak pohrane projekta; uz povremenu pomoć navodi glavne pojmove ili pravila.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čestu pomoć prepoznaje osnovne činjenice povezane s područjem: dijelove sučelja mBlock, uloge pozornice, likova, kostima i blokova te postupak pohrane projekta.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primjerenu pomoć ne prepoznaje niti objašnjava osnovne činjenice povezane s područjem: dijelove sučelja mBlock, uloge pozornice, likova, kostima i blokova te postupak pohrane projekta.</w:t>
            </w:r>
          </w:p>
        </w:tc>
      </w:tr>
    </w:tbl>
    <w:p>
      <w:pPr>
        <w:spacing w:after="20"/>
      </w:pPr>
    </w:p>
    <w:p>
      <w:pPr>
        <w:pStyle w:val="Heading3"/>
        <w:keepNext/>
      </w:pPr>
      <w:r>
        <w:t>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Samostalno se snalazi u mBlocku, oblikuje pozornicu, likove i kostime, organizira početne blokove te pravilno imenuje i pohranjuje projekt.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Uglavnom samostalno koristi ključne dijelove sučelja i sprema projekt uz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povremenu pomoć dodaje i uređuje lik ili pozadinu te pohranjuje jednostavan projekt.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čestu pomoć izvodi pojedine radnje u sučelju prema demonstraciji.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pomoć ne koristi osnovne dijelove sučelja niti pohranjuje projekt.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17. i 18. sat. Aktivnosti za događaje i pokretanje igre</w:t>
      </w:r>
    </w:p>
    <w:p>
      <w:pPr>
        <w:keepNext/>
        <w:spacing w:after="100"/>
      </w:pPr>
      <w:r>
        <w:rPr>
          <w:i/>
          <w:color w:val="5F6B70"/>
          <w:sz w:val="18"/>
        </w:rPr>
        <w:t>Od ideje do igre  |  C.5.1., C.5.2., C.5.3.  |  Usvojenost sadržaja i Primjena znanja</w:t>
      </w:r>
    </w:p>
    <w:p>
      <w:pPr>
        <w:pStyle w:val="Heading3"/>
        <w:keepNext/>
      </w:pPr>
      <w:r>
        <w:t>Usvojenost sadržaja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Samostalno, točno i cjelovito objašnjava ulazne i izlazne vrijednosti, događaje, pokretanje skripti, varijable i brojač bodova; povezuje pojmove i pravila te ih obrazlaže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Uglavnom samostalno i točno objašnjava ulazne i izlazne vrijednosti, događaje, pokretanje skripti, varijable i brojač bodova; uz manji podsjetnik povezuje ključne pojmove i pravila.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Prepoznaje i djelomično objašnjava ulazne i izlazne vrijednosti, događaje, pokretanje skripti, varijable i brojač bodova; uz povremenu pomoć navodi glavne pojmove ili pravila.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čestu pomoć prepoznaje osnovne činjenice povezane s područjem: ulazne i izlazne vrijednosti, događaje, pokretanje skripti, varijable i brojač bodova.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primjerenu pomoć ne prepoznaje niti objašnjava osnovne činjenice povezane s područjem: ulazne i izlazne vrijednosti, događaje, pokretanje skripti, varijable i brojač bodova.</w:t>
            </w:r>
          </w:p>
        </w:tc>
      </w:tr>
    </w:tbl>
    <w:p>
      <w:pPr>
        <w:spacing w:after="20"/>
      </w:pPr>
    </w:p>
    <w:p>
      <w:pPr>
        <w:pStyle w:val="Heading3"/>
        <w:keepNext/>
      </w:pPr>
      <w:r>
        <w:t>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Samostalno programira događaje i upravljanje likom, primjenjuje ulazne i izlazne vrijednosti te varijablu za bodove i ispituje rad igre.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Uglavnom samostalno povezuje događaje, kretanje i brojač bodova uz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povremenu pomoć izrađuje skriptu za pokretanje i dodaje jednostavnu varijablu.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čestu pomoć dopunjuje pripremljenu skriptu jednim događajem ili promjenom bodova.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pomoć ne povezuje događaj s radnjom niti pokreće zadanu skriptu.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19. i 20. sat. Događaji i odluke u igri</w:t>
      </w:r>
    </w:p>
    <w:p>
      <w:pPr>
        <w:keepNext/>
        <w:spacing w:after="100"/>
      </w:pPr>
      <w:r>
        <w:rPr>
          <w:i/>
          <w:color w:val="5F6B70"/>
          <w:sz w:val="18"/>
        </w:rPr>
        <w:t>Od ideje do igre  |  C.5.1., C.5.2., C.5.3.  |  Usvojenost sadržaja i Primjena znanja</w:t>
      </w:r>
    </w:p>
    <w:p>
      <w:pPr>
        <w:pStyle w:val="Heading3"/>
        <w:keepNext/>
      </w:pPr>
      <w:r>
        <w:t>Usvojenost sadržaja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Samostalno, točno i cjelovito objašnjava ulogu uvjeta, odluke, događaja i ponavljanja u upravljanju tijekom računalne igre; povezuje pojmove i pravila te ih obrazlaže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Uglavnom samostalno i točno objašnjava ulogu uvjeta, odluke, događaja i ponavljanja u upravljanju tijekom računalne igre; uz manji podsjetnik povezuje ključne pojmove i pravila.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Prepoznaje i djelomično objašnjava ulogu uvjeta, odluke, događaja i ponavljanja u upravljanju tijekom računalne igre; uz povremenu pomoć navodi glavne pojmove ili pravila.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čestu pomoć prepoznaje osnovne činjenice povezane s područjem: ulogu uvjeta, odluke, događaja i ponavljanja u upravljanju tijekom računalne igre.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primjerenu pomoć ne prepoznaje niti objašnjava osnovne činjenice povezane s područjem: ulogu uvjeta, odluke, događaja i ponavljanja u upravljanju tijekom računalne igre.</w:t>
            </w:r>
          </w:p>
        </w:tc>
      </w:tr>
    </w:tbl>
    <w:p>
      <w:pPr>
        <w:spacing w:after="20"/>
      </w:pPr>
    </w:p>
    <w:p>
      <w:pPr>
        <w:pStyle w:val="Heading3"/>
        <w:keepNext/>
      </w:pPr>
      <w:r>
        <w:t>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Samostalno nadograđuje igru odlukama, uvjetima, događajima i ponavljanjem, sustavno ispituje granične slučajeve i ispravlja pogreške.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Uglavnom samostalno primjenjuje uvjet i događaje te testira igru uz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povremenu pomoć sastavlja jednostavnu odluku i provjerava njezin rezultat.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čestu pomoć dopunjuje zadani uvjet ili mijenja jednu naredbu prema modelu.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pomoć ne primjenjuje osnovnu odluku niti prepoznaje rezultat njezina izvođenja.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21. i 22. sat. Predstavimo igru plakatom ili infografikom</w:t>
      </w:r>
    </w:p>
    <w:p>
      <w:pPr>
        <w:keepNext/>
        <w:spacing w:after="100"/>
      </w:pPr>
      <w:r>
        <w:rPr>
          <w:i/>
          <w:color w:val="5F6B70"/>
          <w:sz w:val="18"/>
        </w:rPr>
        <w:t>Od ideje do igre  |  B.5.1., C.5.3.  |  Usvojenost sadržaja i Primjena znanja</w:t>
      </w:r>
    </w:p>
    <w:p>
      <w:pPr>
        <w:pStyle w:val="Heading3"/>
        <w:keepNext/>
      </w:pPr>
      <w:r>
        <w:t>Usvojenost sadržaja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Samostalno, točno i cjelovito objašnjava svrhu i obilježja plakata i infografike, rad s predloškom, objektima, slojevima i poveznicom; povezuje pojmove i pravila te ih obrazlaže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Uglavnom samostalno i točno objašnjava svrhu i obilježja plakata i infografike, rad s predloškom, objektima, slojevima i poveznicom; uz manji podsjetnik povezuje ključne pojmove i pravila.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Prepoznaje i djelomično objašnjava svrhu i obilježja plakata i infografike, rad s predloškom, objektima, slojevima i poveznicom; uz povremenu pomoć navodi glavne pojmove ili pravila.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čestu pomoć prepoznaje osnovne činjenice povezane s područjem: svrhu i obilježja plakata i infografike, rad s predloškom, objektima, slojevima i poveznicom.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primjerenu pomoć ne prepoznaje niti objašnjava osnovne činjenice povezane s područjem: svrhu i obilježja plakata i infografike, rad s predloškom, objektima, slojevima i poveznicom.</w:t>
            </w:r>
          </w:p>
        </w:tc>
      </w:tr>
    </w:tbl>
    <w:p>
      <w:pPr>
        <w:spacing w:after="20"/>
      </w:pPr>
    </w:p>
    <w:p>
      <w:pPr>
        <w:pStyle w:val="Heading3"/>
        <w:keepNext/>
      </w:pPr>
      <w:r>
        <w:t>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Samostalno u Canvi odabire i prilagođava predložak, uređuje objekte i slojeve te izrađuje jasnu infografiku s temom, ciljem i ispravnom poveznicom na igru.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Uglavnom samostalno izrađuje preglednu i sadržajno potpunu infografiku uz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povremenu pomoć prilagođava predložak i uključuje većinu potrebnih informacija i poveznicu.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čestu pomoć uređuje osnovne elemente predloška i unosi dio sadržaja.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pomoć ne izrađuje prepoznatljiv prikaz igre niti uključuje osnovne podatke.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23. i 24. sat. Vrednujmo računalne igre</w:t>
      </w:r>
    </w:p>
    <w:p>
      <w:pPr>
        <w:keepNext/>
        <w:spacing w:after="100"/>
      </w:pPr>
      <w:r>
        <w:rPr>
          <w:i/>
          <w:color w:val="5F6B70"/>
          <w:sz w:val="18"/>
        </w:rPr>
        <w:t>Od ideje do igre  |  B.5.1., C.5.1., C.5.2., C.5.3.  |  Usvojenost sadržaja i Primjena znanja</w:t>
      </w:r>
    </w:p>
    <w:p>
      <w:pPr>
        <w:pStyle w:val="Heading3"/>
        <w:keepNext/>
      </w:pPr>
      <w:r>
        <w:t>Usvojenost sadržaja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Samostalno, točno i cjelovito objašnjava kriterije vrednovanja funkcionalnosti, dizajna, razumljivosti pravila, originalnosti i poštovanja licencija; povezuje pojmove i pravila te ih obrazlaže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Uglavnom samostalno i točno objašnjava kriterije vrednovanja funkcionalnosti, dizajna, razumljivosti pravila, originalnosti i poštovanja licencija; uz manji podsjetnik povezuje ključne pojmove i pravila.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Prepoznaje i djelomično objašnjava kriterije vrednovanja funkcionalnosti, dizajna, razumljivosti pravila, originalnosti i poštovanja licencija; uz povremenu pomoć navodi glavne pojmove ili pravila.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čestu pomoć prepoznaje osnovne činjenice povezane s područjem: kriterije vrednovanja funkcionalnosti, dizajna, razumljivosti pravila, originalnosti i poštovanja licencija.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primjerenu pomoć ne prepoznaje niti objašnjava osnovne činjenice povezane s područjem: kriterije vrednovanja funkcionalnosti, dizajna, razumljivosti pravila, originalnosti i poštovanja licencija.</w:t>
            </w:r>
          </w:p>
        </w:tc>
      </w:tr>
    </w:tbl>
    <w:p>
      <w:pPr>
        <w:spacing w:after="20"/>
      </w:pPr>
    </w:p>
    <w:p>
      <w:pPr>
        <w:pStyle w:val="Heading3"/>
        <w:keepNext/>
      </w:pPr>
      <w:r>
        <w:t>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Samostalno sustavno ispituje tuđu igru, argumentirano je vrednuje prema rubrici i daje konkretnu, pristojnu i korisnu preporuku za poboljšanje.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Uglavnom samostalno primjenjuje kriterije i daje obrazloženu povratnu informaciju uz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povremenu pomoć vrednuje funkcionalnost i dizajn prema većini kriterija.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čestu pomoć prepoznaje jednu prednost ili nedostatak i daje kratku povratnu informaciju.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pomoć ne primjenjuje kriterije niti daje primjerenu povratnu informaciju.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25. i 26. sat. Pronađimo i vrednujmo informacije o zavičaju</w:t>
      </w:r>
    </w:p>
    <w:p>
      <w:pPr>
        <w:keepNext/>
        <w:spacing w:after="100"/>
      </w:pPr>
      <w:r>
        <w:rPr>
          <w:i/>
          <w:color w:val="5F6B70"/>
          <w:sz w:val="18"/>
        </w:rPr>
        <w:t>Digitalna razglednica mojeg zavičaja  |  A.5.1., A.5.2., C.5.3.  |  Usvojenost sadržaja i Primjena znanja</w:t>
      </w:r>
    </w:p>
    <w:p>
      <w:pPr>
        <w:pStyle w:val="Heading3"/>
        <w:keepNext/>
      </w:pPr>
      <w:r>
        <w:t>Usvojenost sadržaja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Samostalno, točno i cjelovito objašnjava kriterije relevantnosti, pouzdanosti i aktualnosti informacija te važnost bilježenja izvora; povezuje pojmove i pravila te ih obrazlaže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Uglavnom samostalno i točno objašnjava kriterije relevantnosti, pouzdanosti i aktualnosti informacija te važnost bilježenja izvora; uz manji podsjetnik povezuje ključne pojmove i pravila.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Prepoznaje i djelomično objašnjava kriterije relevantnosti, pouzdanosti i aktualnosti informacija te važnost bilježenja izvora; uz povremenu pomoć navodi glavne pojmove ili pravila.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čestu pomoć prepoznaje osnovne činjenice povezane s područjem: kriterije relevantnosti, pouzdanosti i aktualnosti informacija te važnost bilježenja izvora.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primjerenu pomoć ne prepoznaje niti objašnjava osnovne činjenice povezane s područjem: kriterije relevantnosti, pouzdanosti i aktualnosti informacija te važnost bilježenja izvora.</w:t>
            </w:r>
          </w:p>
        </w:tc>
      </w:tr>
    </w:tbl>
    <w:p>
      <w:pPr>
        <w:spacing w:after="20"/>
      </w:pPr>
    </w:p>
    <w:p>
      <w:pPr>
        <w:pStyle w:val="Heading3"/>
        <w:keepNext/>
      </w:pPr>
      <w:r>
        <w:t>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Samostalno pretražuje više izvora o zavičaju, provjerava relevantnost, pouzdanost i aktualnost, vodi bilješke o izvorima i organizira podatke na timskom mjestu.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Uglavnom samostalno vrednuje i organizira pronađene informacije uz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povremenu pomoć pronalazi uporabljive informacije, bilježi izvore i pohranjuje ih na zadano mjesto.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čestu pomoć odabire jednu relevantnu informaciju i zapisuje osnovni podatak o izvoru.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pomoć ne pronalazi relevantnu informaciju niti bilježi izvor.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27. i 28. sat. Pripremimo fotografije za digitalnu razglednicu</w:t>
      </w:r>
    </w:p>
    <w:p>
      <w:pPr>
        <w:keepNext/>
        <w:spacing w:after="100"/>
      </w:pPr>
      <w:r>
        <w:rPr>
          <w:i/>
          <w:color w:val="5F6B70"/>
          <w:sz w:val="18"/>
        </w:rPr>
        <w:t>Digitalna razglednica mojeg zavičaja  |  A.5.2., C.5.3.  |  Usvojenost sadržaja i Primjena znanja</w:t>
      </w:r>
    </w:p>
    <w:p>
      <w:pPr>
        <w:pStyle w:val="Heading3"/>
        <w:keepNext/>
      </w:pPr>
      <w:r>
        <w:t>Usvojenost sadržaja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Samostalno, točno i cjelovito objašnjava osnovne postupke obrade slike, odnos razlučivosti i kvalitete te pravila odgovorne uporabe fotografija; povezuje pojmove i pravila te ih obrazlaže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Uglavnom samostalno i točno objašnjava osnovne postupke obrade slike, odnos razlučivosti i kvalitete te pravila odgovorne uporabe fotografija; uz manji podsjetnik povezuje ključne pojmove i pravila.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Prepoznaje i djelomično objašnjava osnovne postupke obrade slike, odnos razlučivosti i kvalitete te pravila odgovorne uporabe fotografija; uz povremenu pomoć navodi glavne pojmove ili pravila.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čestu pomoć prepoznaje osnovne činjenice povezane s područjem: osnovne postupke obrade slike, odnos razlučivosti i kvalitete te pravila odgovorne uporabe fotografija.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primjerenu pomoć ne prepoznaje niti objašnjava osnovne činjenice povezane s područjem: osnovne postupke obrade slike, odnos razlučivosti i kvalitete te pravila odgovorne uporabe fotografija.</w:t>
            </w:r>
          </w:p>
        </w:tc>
      </w:tr>
    </w:tbl>
    <w:p>
      <w:pPr>
        <w:spacing w:after="20"/>
      </w:pPr>
    </w:p>
    <w:p>
      <w:pPr>
        <w:pStyle w:val="Heading3"/>
        <w:keepNext/>
      </w:pPr>
      <w:r>
        <w:t>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Samostalno odabire odgovarajuće fotografije, primjenjuje obrezivanje, promjenu veličine i druga svrhovita poboljšanja, čuva kvalitetu te uredno pohranjuje inačice.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Uglavnom samostalno obrađuje i pohranjuje fotografije odgovarajuće kvalitete uz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povremenu pomoć primjenjuje osnovne postupke obrade i sprema fotografiju u dogovoreni format.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čestu pomoć prema modelu obrezuje ili mijenja veličinu jedne fotografije.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pomoć ne primjenjuje osnovni postupak obrade niti pohranjuje uporabljivu fotografiju.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29. i 30. sat. Digitalna razglednica kao letak</w:t>
      </w:r>
    </w:p>
    <w:p>
      <w:pPr>
        <w:keepNext/>
        <w:spacing w:after="100"/>
      </w:pPr>
      <w:r>
        <w:rPr>
          <w:i/>
          <w:color w:val="5F6B70"/>
          <w:sz w:val="18"/>
        </w:rPr>
        <w:t>Digitalna razglednica mojeg zavičaja  |  A.5.1., A.5.2., C.5.3.  |  Usvojenost sadržaja i Primjena znanja</w:t>
      </w:r>
    </w:p>
    <w:p>
      <w:pPr>
        <w:pStyle w:val="Heading3"/>
        <w:keepNext/>
      </w:pPr>
      <w:r>
        <w:t>Usvojenost sadržaja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Samostalno, točno i cjelovito objašnjava namjenu letka, načela rasporeda teksta i fotografija te kriterije preglednosti i vjerodostojnosti sadržaja; povezuje pojmove i pravila te ih obrazlaže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Uglavnom samostalno i točno objašnjava namjenu letka, načela rasporeda teksta i fotografija te kriterije preglednosti i vjerodostojnosti sadržaja; uz manji podsjetnik povezuje ključne pojmove i pravila.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Prepoznaje i djelomično objašnjava namjenu letka, načela rasporeda teksta i fotografija te kriterije preglednosti i vjerodostojnosti sadržaja; uz povremenu pomoć navodi glavne pojmove ili pravila.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čestu pomoć prepoznaje osnovne činjenice povezane s područjem: namjenu letka, načela rasporeda teksta i fotografija te kriterije preglednosti i vjerodostojnosti sadržaja.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primjerenu pomoć ne prepoznaje niti objašnjava osnovne činjenice povezane s područjem: namjenu letka, načela rasporeda teksta i fotografija te kriterije preglednosti i vjerodostojnosti sadržaja.</w:t>
            </w:r>
          </w:p>
        </w:tc>
      </w:tr>
    </w:tbl>
    <w:p>
      <w:pPr>
        <w:spacing w:after="20"/>
      </w:pPr>
    </w:p>
    <w:p>
      <w:pPr>
        <w:pStyle w:val="Heading3"/>
        <w:keepNext/>
      </w:pPr>
      <w:r>
        <w:t>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Samostalno izrađuje sadržajno vjerodostojan i vizualno skladan letak, jasno organizira tekst i fotografije, navodi izvore te prilagođava poruku publici.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Uglavnom samostalno izrađuje cjelovit i pregledan letak uz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povremenu pomoć izrađuje razumljiv letak s većinom potrebnih podataka i elemenata.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čestu pomoć unosi naslov, kratki tekst i fotografiju u djelomično dovršen letak.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pomoć ne izrađuje prepoznatljiv letak niti prenosi osnovnu poruku o zavičaju.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31. i 32. sat. Digitalna razglednica kao višemedijska prezentacija</w:t>
      </w:r>
    </w:p>
    <w:p>
      <w:pPr>
        <w:keepNext/>
        <w:spacing w:after="100"/>
      </w:pPr>
      <w:r>
        <w:rPr>
          <w:i/>
          <w:color w:val="5F6B70"/>
          <w:sz w:val="18"/>
        </w:rPr>
        <w:t>Digitalna razglednica mojeg zavičaja  |  A.5.1., A.5.2., C.5.3.  |  Usvojenost sadržaja i Primjena znanja</w:t>
      </w:r>
    </w:p>
    <w:p>
      <w:pPr>
        <w:pStyle w:val="Heading3"/>
        <w:keepNext/>
      </w:pPr>
      <w:r>
        <w:t>Usvojenost sadržaja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Samostalno, točno i cjelovito objašnjava obilježja višemedijskog sadržaja i načela smislenog povezivanja teksta, slike, zvuka i prijelaza; povezuje pojmove i pravila te ih obrazlaže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Uglavnom samostalno i točno objašnjava obilježja višemedijskog sadržaja i načela smislenog povezivanja teksta, slike, zvuka i prijelaza; uz manji podsjetnik povezuje ključne pojmove i pravila.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Prepoznaje i djelomično objašnjava obilježja višemedijskog sadržaja i načela smislenog povezivanja teksta, slike, zvuka i prijelaza; uz povremenu pomoć navodi glavne pojmove ili pravila.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čestu pomoć prepoznaje osnovne činjenice povezane s područjem: obilježja višemedijskog sadržaja i načela smislenog povezivanja teksta, slike, zvuka i prijelaza.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primjerenu pomoć ne prepoznaje niti objašnjava osnovne činjenice povezane s područjem: obilježja višemedijskog sadržaja i načela smislenog povezivanja teksta, slike, zvuka i prijelaza.</w:t>
            </w:r>
          </w:p>
        </w:tc>
      </w:tr>
    </w:tbl>
    <w:p>
      <w:pPr>
        <w:spacing w:after="20"/>
      </w:pPr>
    </w:p>
    <w:p>
      <w:pPr>
        <w:pStyle w:val="Heading3"/>
        <w:keepNext/>
      </w:pPr>
      <w:r>
        <w:t>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Samostalno oblikuje logičnu višemedijsku prezentaciju, svrhovito povezuje tekst, fotografije, zvuk i prijelaze te dosljedno poštuje izvore i kriterije.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Uglavnom samostalno izrađuje skladnu i dovršenu višemedijsku razglednicu uz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povremenu pomoć povezuje više vrsta medija i izrađuje razumljivu prezentaciju.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čestu pomoć dodaje tekst, fotografiju i jedan višemedijski element prema modelu.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pomoć ne povezuje osnovne medijske elemente u prepoznatljivu digitalnu razglednicu.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33. i 34. sat. Predstavimo svoje digitalne razglednice</w:t>
      </w:r>
    </w:p>
    <w:p>
      <w:pPr>
        <w:keepNext/>
        <w:spacing w:after="100"/>
      </w:pPr>
      <w:r>
        <w:rPr>
          <w:i/>
          <w:color w:val="5F6B70"/>
          <w:sz w:val="18"/>
        </w:rPr>
        <w:t>Digitalna razglednica mojeg zavičaja  |  A.5.1., A.5.2., C.5.3.  |  Usvojenost sadržaja i Primjena znanja</w:t>
      </w:r>
    </w:p>
    <w:p>
      <w:pPr>
        <w:pStyle w:val="Heading3"/>
        <w:keepNext/>
      </w:pPr>
      <w:r>
        <w:t>Usvojenost sadržaja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Samostalno, točno i cjelovito objašnjava kriterije predstavljanja i vršnjačkog vrednovanja digitalne razglednice te načela kvalitetne povratne informacije; povezuje pojmove i pravila te ih obrazlaže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Uglavnom samostalno i točno objašnjava kriterije predstavljanja i vršnjačkog vrednovanja digitalne razglednice te načela kvalitetne povratne informacije; uz manji podsjetnik povezuje ključne pojmove i pravila.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Prepoznaje i djelomično objašnjava kriterije predstavljanja i vršnjačkog vrednovanja digitalne razglednice te načela kvalitetne povratne informacije; uz povremenu pomoć navodi glavne pojmove ili pravila.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čestu pomoć prepoznaje osnovne činjenice povezane s područjem: kriterije predstavljanja i vršnjačkog vrednovanja digitalne razglednice te načela kvalitetne povratne informacije.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primjerenu pomoć ne prepoznaje niti objašnjava osnovne činjenice povezane s područjem: kriterije predstavljanja i vršnjačkog vrednovanja digitalne razglednice te načela kvalitetne povratne informacije.</w:t>
            </w:r>
          </w:p>
        </w:tc>
      </w:tr>
    </w:tbl>
    <w:p>
      <w:pPr>
        <w:spacing w:after="20"/>
      </w:pPr>
    </w:p>
    <w:p>
      <w:pPr>
        <w:pStyle w:val="Heading3"/>
        <w:keepNext/>
      </w:pPr>
      <w:r>
        <w:t>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Samostalno uvjerljivo i vremenski primjereno predstavlja timski rad, obrazlaže izvore i dizajnerske odluke te argumentirano vrednuje radove prema rubrici.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Uglavnom samostalno jasno predstavlja i vrednuje digitalnu razglednicu uz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povremenu pomoć predstavlja glavne sadržaje i primjenjuje većinu kriterija vršnjačkog vrednovanja.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čestu pomoć ukratko opisuje svoj doprinos i navodi jednu kvalitetu rada.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pomoć ne predstavlja rad razumljivo niti sudjeluje u vrednovanju prema kriterijima.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35. sat. Iz petog razreda ću ponijeti... / Zaključivanje ocjena</w:t>
      </w:r>
    </w:p>
    <w:p>
      <w:pPr>
        <w:keepNext/>
        <w:spacing w:after="100"/>
      </w:pPr>
      <w:r>
        <w:rPr>
          <w:i/>
          <w:color w:val="5F6B70"/>
          <w:sz w:val="18"/>
        </w:rPr>
        <w:t>Završna aktivnost  |  A.5.1., A.5.2., B.5.1., C.5.1., C.5.2., C.5.3.  |  Usvojenost sadržaja i 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128"/>
      </w:tblGrid>
      <w:tr>
        <w:trPr>
          <w:cantSplit/>
        </w:trPr>
        <w:tc>
          <w:tcPr>
            <w:tcW w:type="dxa" w:w="9128"/>
            <w:shd w:fill="F3F9FB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0"/>
            </w:pPr>
            <w:r>
              <w:rPr>
                <w:b/>
                <w:color w:val="174A5B"/>
              </w:rPr>
              <w:t xml:space="preserve">Ne ocjenjuje se kao nova nastavna jedinica: </w:t>
            </w:r>
            <w:r>
              <w:t>Učenik sudjeluje u samovrednovanju i razgovoru o napretku. Zaključna ocjena temelji se na razini ostvarenosti ishoda u oba elementa, uz profesionalnu prosudbu učitelja.</w:t>
            </w:r>
          </w:p>
        </w:tc>
      </w:tr>
    </w:tbl>
    <w:p>
      <w:pPr>
        <w:spacing w:after="20"/>
      </w:pPr>
    </w:p>
    <w:p>
      <w:pPr>
        <w:pStyle w:val="Heading1"/>
      </w:pPr>
      <w:r>
        <w:t>5. Zaključna ocjena</w:t>
      </w:r>
    </w:p>
    <w:p>
      <w:r>
        <w:t>Zaključna ocjena treba odgovarati ukupnoj razini ostvarenosti odgojno-obrazovnih ishoda. Oba elementa vrednovanja imaju jednak udio. U obzir se uzimaju napredovanje, samostalnost, primjena znanja u novoj situaciji, kvaliteta digitalnih radova, sigurna komunikacija i odgovorno ponašanje. Zaključna ocjena ne mora proizlaziti iz aritmetičke sredine upisanih ocjena.</w:t>
      </w:r>
    </w:p>
    <w:p>
      <w:pPr>
        <w:pStyle w:val="Heading1"/>
      </w:pPr>
      <w:r>
        <w:t>6. Izvori</w:t>
      </w:r>
    </w:p>
    <w:p>
      <w:pPr>
        <w:pStyle w:val="ListBullet"/>
      </w:pPr>
      <w:r>
        <w:t>Eksperimentalni kurikulum nastavnog predmeta Informacijske i digitalne kompetencije za osnovne škole.</w:t>
      </w:r>
    </w:p>
    <w:p>
      <w:pPr>
        <w:pStyle w:val="ListBullet"/>
      </w:pPr>
      <w:r>
        <w:t>Metodički priručnik @mreža 5.</w:t>
      </w:r>
    </w:p>
    <w:p>
      <w:pPr>
        <w:pStyle w:val="ListBullet"/>
      </w:pPr>
      <w:r>
        <w:t>Godišnji izvedbeni kurikulum @mreža 5 za jedan sat tjedno, prilagođen školskoj godini 2026./2027.</w:t>
      </w:r>
    </w:p>
    <w:p>
      <w:pPr>
        <w:pStyle w:val="ListBullet"/>
      </w:pPr>
      <w:r>
        <w:t>Udžbenik @mreža 5, Školska knjiga.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247" w:bottom="1020" w:left="1247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F6B70"/>
        <w:sz w:val="16"/>
      </w:rPr>
      <w:t>Kriteriji vrednovanja • Informacijske i digitalne kompetencije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color w:val="5F6B70"/>
        <w:sz w:val="17"/>
      </w:rPr>
      <w:t>IDK • 5. razred • 2026./2027.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76" w:lineRule="auto"/>
    </w:pPr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167E9B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00"/>
      <w:outlineLvl w:val="1"/>
    </w:pPr>
    <w:rPr>
      <w:rFonts w:asciiTheme="majorHAnsi" w:eastAsiaTheme="majorEastAsia" w:hAnsiTheme="majorHAnsi" w:cstheme="majorBidi" w:ascii="Calibri" w:hAnsi="Calibri"/>
      <w:b/>
      <w:bCs/>
      <w:color w:val="167E9B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174A5B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Kriteriji vrednovanja IDK - 5. razred</dc:title>
  <dc:subject>Školska godina 2026./2027.</dc:subject>
  <dc:creator>Ivan Došen</dc:creator>
  <cp:keywords>IDK, kriteriji vrednovanja, peti razred, 2026./2027.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