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120"/>
      </w:pPr>
      <w:r>
        <w:rPr>
          <w:b/>
          <w:color w:val="174A5B"/>
          <w:sz w:val="48"/>
        </w:rPr>
        <w:t>KRITERIJI VREDNOVANJA</w:t>
      </w:r>
    </w:p>
    <w:p>
      <w:pPr>
        <w:spacing w:after="280"/>
      </w:pPr>
      <w:r>
        <w:rPr>
          <w:color w:val="167E9B"/>
          <w:sz w:val="28"/>
        </w:rPr>
        <w:t>Informacijske i digitalne kompetencije • 6. razred osnovne škole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DDEFF4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Školska godina: </w:t>
            </w:r>
            <w:r>
              <w:t>2026./2027. • 1 sat tjedno • 35 sati godišnje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Škola: </w:t>
            </w:r>
            <w:r>
              <w:t>OŠ Čakovci • Izradio: Ivan Došen</w:t>
            </w:r>
          </w:p>
        </w:tc>
      </w:tr>
    </w:tbl>
    <w:p>
      <w:pPr>
        <w:spacing w:after="20"/>
      </w:pPr>
    </w:p>
    <w:p>
      <w:pPr>
        <w:pStyle w:val="Heading1"/>
      </w:pPr>
      <w:r>
        <w:t>1. Polazišta vrednovanja</w:t>
      </w:r>
    </w:p>
    <w:p>
      <w:r>
        <w:t>Kriteriji su izrađeni prema Eksperimentalnom kurikulumu nastavnog predmeta Informacijske i digitalne kompetencije, metodičkom priručniku @mreža 6, Godišnjem izvedbenom kurikulumu za jedan sat tjedno i sadržajima udžbenika @mreža 6.</w:t>
      </w:r>
    </w:p>
    <w:p>
      <w:pPr>
        <w:spacing w:after="80"/>
      </w:pPr>
      <w:r>
        <w:rPr>
          <w:b/>
          <w:color w:val="174A5B"/>
        </w:rPr>
        <w:t xml:space="preserve">Svrha vrednovanja. </w:t>
      </w:r>
      <w:r>
        <w:t>Vrednovanje je usmjereno na ostvarivanje odgojno-obrazovnih ishoda, praćenje napretka i davanje jasne povratne informacije učeniku. Kriteriji omogućuju transparentno, ujednačeno i razvojno praćenje učenja.</w:t>
      </w:r>
    </w:p>
    <w:p>
      <w:pPr>
        <w:spacing w:after="80"/>
      </w:pPr>
      <w:r>
        <w:rPr>
          <w:b/>
          <w:color w:val="174A5B"/>
        </w:rPr>
        <w:t xml:space="preserve">Načini praćenja i vrednovanja. </w:t>
      </w:r>
      <w:r>
        <w:t>Razina ostvarenosti utvrđuje se na temelju usmenih i pisanih objašnjenja, praktičnih zadataka, rješavanja problema, digitalnih radova, projekata, sigurnog postupanja te individualnog i suradničkog rada.</w:t>
      </w:r>
    </w:p>
    <w:p>
      <w:pPr>
        <w:spacing w:after="80"/>
      </w:pPr>
      <w:r>
        <w:rPr>
          <w:b/>
          <w:color w:val="174A5B"/>
        </w:rPr>
        <w:t xml:space="preserve">Cjelovita procjena. </w:t>
      </w:r>
      <w:r>
        <w:t>Ne vrednuje se samo dovršenost ili brzina rada, nego razumijevanje, točnost, svrhovita primjena znanja, samostalnost, odgovornost, kvaliteta digitalnog uratka i sposobnost obrazlaganja postupka.</w:t>
      </w:r>
    </w:p>
    <w:p>
      <w:pPr>
        <w:spacing w:after="80"/>
      </w:pPr>
      <w:r>
        <w:rPr>
          <w:b/>
          <w:color w:val="174A5B"/>
        </w:rPr>
        <w:t xml:space="preserve">Dob učenika. </w:t>
      </w:r>
      <w:r>
        <w:t>Uvažavaju se razvojne osobitosti i prethodno iskustvo učenika. Samostalnost znači svrhovit rad nakon jasne upute primjerene šestom razredu.</w:t>
      </w:r>
    </w:p>
    <w:p>
      <w:pPr>
        <w:spacing w:after="80"/>
      </w:pPr>
      <w:r>
        <w:rPr>
          <w:b/>
          <w:color w:val="174A5B"/>
        </w:rPr>
        <w:t xml:space="preserve">Individualne potrebe. </w:t>
      </w:r>
      <w:r>
        <w:t>Način provjere i potrebna podrška prilagođavaju se individualnim potrebama učenika, a tehničke poteškoće izvan učenikove kontrole ne smiju umanjiti procjenu njegova znanja i napretka.</w:t>
      </w:r>
    </w:p>
    <w:p>
      <w:pPr>
        <w:spacing w:after="80"/>
      </w:pPr>
      <w:r>
        <w:rPr>
          <w:b/>
          <w:color w:val="174A5B"/>
        </w:rPr>
        <w:t xml:space="preserve">Primjena kriterija. </w:t>
      </w:r>
      <w:r>
        <w:t>Učenik ne mora biti vrednovan u svakoj nastavnoj jedinici. Učitelj odabire reprezentativne aktivnosti i više dokaza prikupljenih tijekom vremena te kriterije povezuje s povratnom informacijom, samovrednovanjem i planiranjem daljnjeg učenja.</w:t>
      </w:r>
    </w:p>
    <w:p>
      <w:pPr>
        <w:pStyle w:val="Heading1"/>
      </w:pPr>
      <w:r>
        <w:t>2. Elementi vrednovanja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Usvojenost sadržaja: </w:t>
            </w:r>
            <w:r>
              <w:t>poznavanje, prepoznavanje, opisivanje i objašnjavanje pojmova, pravila, postupaka i odnosa obrađenih u pojedinoj nastavnoj jedinici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znanja: </w:t>
            </w:r>
            <w:r>
              <w:t>samostalna i sigurna primjena naučenoga pri pretraživanju, uporabi programa, organiziranju podataka, izradi digitalnih radova i komunikaciji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3. Opće značenje razina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Učenik nakon upute radi samostalno, točno i sigurno, objašnjava postupak te znanje primjenjuje u novoj ili složenijoj situaciji.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Učenik zadatak izvodi uglavnom samostalno i točno; potrebna mu je tek povremena kratka pomoć ili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Učenik ostvaruje temeljni dio ishoda uz povremenu pomoć i dodatno vođenje; postupak je većinom ispravan.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Učenik ostvaruje samo osnovni dio ishoda uz čestu, konkretnu pomoć i ponovljenu demonstraciju.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Učenik ni uz primjerenu pomoć ne pokazuje osnovno razumijevanje niti izvršava temeljne korake zadatka.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Napomena: </w:t>
            </w:r>
            <w:r>
              <w:t>Prednost uvijek imaju konkretni kriteriji navedeni uz pojedinu nastavnu jedinicu.</w:t>
            </w:r>
          </w:p>
        </w:tc>
      </w:tr>
    </w:tbl>
    <w:p>
      <w:pPr>
        <w:spacing w:after="20"/>
      </w:pPr>
    </w:p>
    <w:p>
      <w:pPr>
        <w:pStyle w:val="Heading1"/>
      </w:pPr>
      <w:r>
        <w:t>4. Kriteriji po nastavnim jedinicama</w:t>
      </w:r>
    </w:p>
    <w:p>
      <w:pPr>
        <w:pStyle w:val="Heading2"/>
        <w:keepNext/>
      </w:pPr>
      <w:r>
        <w:t>1. i 2. sat. Medijske poruke su svuda oko nas</w:t>
      </w:r>
    </w:p>
    <w:p>
      <w:pPr>
        <w:keepNext/>
        <w:spacing w:after="100"/>
      </w:pPr>
      <w:r>
        <w:rPr>
          <w:i/>
          <w:color w:val="5F6B70"/>
          <w:sz w:val="18"/>
        </w:rPr>
        <w:t>Medijski detektivi: U svijetu medijskih poruka  |  A.6.1.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svrhu, autora i ciljanu publiku medijske poruke, načine privlačenja pozornosti te kriterije vjerodostojnosti;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svrhu, autora i ciljanu publiku medijske poruke, načine privlačenja pozornosti te kriterije vjerodostojnosti;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svrhu, autora i ciljanu publiku medijske poruke, načine privlačenja pozornosti te kriterije vjerodostojnosti;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svrhu, autora i ciljanu publiku medijske poruke, načine privlačenja pozornosti te kriterije vjerodostojnosti.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svrhu, autora i ciljanu publiku medijske poruke, načine privlačenja pozornosti te kriterije vjerodostojnosti.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analizira više medijskih poruka, pouzdano određuje svrhu, autora, ciljanu publiku i postupke privlačenja pozornosti te argumentirano procjenjuje vjerodostojnost.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analizira medijsku poruku i obrazlaže većinu njezinih obilježja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određuje svrhu i ciljanu publiku te navodi jedan pokazatelj vjerodostojnosti.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osnovnu poruku, autora ili publiku na zadanom primjeru.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osnovnu svrhu ni primatelja medijske poruke.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3. i 4. sat. Klikni me!</w:t>
      </w:r>
    </w:p>
    <w:p>
      <w:pPr>
        <w:keepNext/>
        <w:spacing w:after="100"/>
      </w:pPr>
      <w:r>
        <w:rPr>
          <w:i/>
          <w:color w:val="5F6B70"/>
          <w:sz w:val="18"/>
        </w:rPr>
        <w:t>Medijski detektivi: U svijetu medijskih poruka  |  A.6.1.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obilježja mamaca za klikove, pristranih, manipulativnih i propagandnih poruka te njihov utjecaj na primatelja;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obilježja mamaca za klikove, pristranih, manipulativnih i propagandnih poruka te njihov utjecaj na primatelja;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obilježja mamaca za klikove, pristranih, manipulativnih i propagandnih poruka te njihov utjecaj na primatelja;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obilježja mamaca za klikove, pristranih, manipulativnih i propagandnih poruka te njihov utjecaj na primatelja.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obilježja mamaca za klikove, pristranih, manipulativnih i propagandnih poruka te njihov utjecaj na primatelja.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prepoznaje i obrazlaže mamac za klikove, pristranost, manipulaciju ili propagandu, uspoređuje naslov i sadržaj te preoblikuje poruku u nepristranu i informativnu.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uočava manipulativne postupke i primjereno preoblikuje poruku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razlikuje informativan naslov od mamca za klikove i objašnjava jednu tehniku utjecaja.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na očitom primjeru prepoznaje pretjeran ili obmanjujući naslov.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razlikuje mamac za klikove od informativne poruke.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5. i 6. sat. Lažne vijesti</w:t>
      </w:r>
    </w:p>
    <w:p>
      <w:pPr>
        <w:keepNext/>
        <w:spacing w:after="100"/>
      </w:pPr>
      <w:r>
        <w:rPr>
          <w:i/>
          <w:color w:val="5F6B70"/>
          <w:sz w:val="18"/>
        </w:rPr>
        <w:t>Medijski detektivi: U svijetu medijskih poruka  |  A.6.1.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obilježja dezinformacija i deepfake sadržaja te postupke provjere izvora, autora, datuma, dokaza i drugih vjerodostojnih izvora;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obilježja dezinformacija i deepfake sadržaja te postupke provjere izvora, autora, datuma, dokaza i drugih vjerodostojnih izvora;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obilježja dezinformacija i deepfake sadržaja te postupke provjere izvora, autora, datuma, dokaza i drugih vjerodostojnih izvora;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obilježja dezinformacija i deepfake sadržaja te postupke provjere izvora, autora, datuma, dokaza i drugih vjerodostojnih izvora.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obilježja dezinformacija i deepfake sadržaja te postupke provjere izvora, autora, datuma, dokaza i drugih vjerodostojnih izvora.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provjerava sumnjivu vijest ili snimku u više vjerodostojnih izvora, ispituje autora, datum, dokaze i kontekst te obrazloženo zaključuje o pouzdanosti, uključujući mogući deepfake.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primjenjuje više postupaka provjere i donosi obrazložen zaključak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provjerava osnovne podatke i uspoređuje sadržaj s još jednim izvorom.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primjenjuje jedan zadani korak provjere ili alat na pripremljenom primjeru.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provodi osnovnu provjeru sumnjivog sadržaja.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7. i 8. sat. Aplikacija Nasljeđe fotografija</w:t>
      </w:r>
    </w:p>
    <w:p>
      <w:pPr>
        <w:keepNext/>
        <w:spacing w:after="100"/>
      </w:pPr>
      <w:r>
        <w:rPr>
          <w:i/>
          <w:color w:val="5F6B70"/>
          <w:sz w:val="18"/>
        </w:rPr>
        <w:t>Medijski detektivi: U svijetu medijskih poruka  |  A.6.1., C.6.2.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elemente planiranja medijske poruke, slijed fotografija, odnos slike i poruke te pravila odgovorne uporabe tuđih sadržaja;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elemente planiranja medijske poruke, slijed fotografija, odnos slike i poruke te pravila odgovorne uporabe tuđih sadržaja;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elemente planiranja medijske poruke, slijed fotografija, odnos slike i poruke te pravila odgovorne uporabe tuđih sadržaja;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elemente planiranja medijske poruke, slijed fotografija, odnos slike i poruke te pravila odgovorne uporabe tuđih sadržaja.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elemente planiranja medijske poruke, slijed fotografija, odnos slike i poruke te pravila odgovorne uporabe tuđih sadržaja.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osmišljava jasnu medijsku poruku, odabire i raspoređuje fotografije u smislen slijed, prilagođava ih ciljanoj publici te odgovorno navodi ili koristi izvore.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izrađuje smislenu fotografsku priču i poštuje pravila uporabe sadržaja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povezuje fotografije u razumljiv slijed i prenosi osnovnu poruku.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odabire i raspoređuje nekoliko fotografija prema zadanom modelu.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oblikuje prepoznatljiv slijed ni medijsku poruku.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9. i 10. sat. Stvaranje i uređivanje videozapisa</w:t>
      </w:r>
    </w:p>
    <w:p>
      <w:pPr>
        <w:keepNext/>
        <w:spacing w:after="100"/>
      </w:pPr>
      <w:r>
        <w:rPr>
          <w:i/>
          <w:color w:val="5F6B70"/>
          <w:sz w:val="18"/>
        </w:rPr>
        <w:t>Medijski detektivi: U svijetu medijskih poruka  |  A.6.1., C.6.2.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faze izrade videozapisa, ulogu kadra, redoslijeda, rezanja, naslova, zvuka, prijelaza i izvoza datoteke;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faze izrade videozapisa, ulogu kadra, redoslijeda, rezanja, naslova, zvuka, prijelaza i izvoza datoteke;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faze izrade videozapisa, ulogu kadra, redoslijeda, rezanja, naslova, zvuka, prijelaza i izvoza datoteke;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faze izrade videozapisa, ulogu kadra, redoslijeda, rezanja, naslova, zvuka, prijelaza i izvoza datoteke.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faze izrade videozapisa, ulogu kadra, redoslijeda, rezanja, naslova, zvuka, prijelaza i izvoza datoteke.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planira, snima i uređuje videozapis; svrhovito reže i raspoređuje kadrove, dodaje naslov i primjerene zvučne ili prijelazne elemente te izvozi ispravnu datoteku.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izrađuje cjelovit i tehnički uredan videozapis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uređuje redoslijed i trajanje kadrova, dodaje osnovni naslov te sprema video.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uvozi materijal i izvodi jednu osnovnu radnju uređivanja prema modelu.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sastavlja ni pohranjuje uporabljivi videozapis.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11. i 12. sat. Ilustracije i ukrasni tekst u višemedijskoj prezentaciji</w:t>
      </w:r>
    </w:p>
    <w:p>
      <w:pPr>
        <w:keepNext/>
        <w:spacing w:after="100"/>
      </w:pPr>
      <w:r>
        <w:rPr>
          <w:i/>
          <w:color w:val="5F6B70"/>
          <w:sz w:val="18"/>
        </w:rPr>
        <w:t>Medijski detektivi: U svijetu medijskih poruka  |  C.6.2.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ulogu ilustracija i ukrasnog teksta, načela čitljivosti, vizualne hijerarhije i primjerenog oblikovanja slajda;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ulogu ilustracija i ukrasnog teksta, načela čitljivosti, vizualne hijerarhije i primjerenog oblikovanja slajda;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ulogu ilustracija i ukrasnog teksta, načela čitljivosti, vizualne hijerarhije i primjerenog oblikovanja slajda;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ulogu ilustracija i ukrasnog teksta, načela čitljivosti, vizualne hijerarhije i primjerenog oblikovanja slajda.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ulogu ilustracija i ukrasnog teksta, načela čitljivosti, vizualne hijerarhije i primjerenog oblikovanja slajda.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izrađuje pregledne slajdove, svrhovito umeće i oblikuje ilustracije i ukrasni tekst te dosljedno primjenjuje čitljivost, sklad i vizualnu hijerarhiju.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primjenjuje ilustracije i ukrasni tekst na skladan i čitljiv način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umeće i uređuje elemente te održava osnovnu preglednost slajda.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umeće zadanu ilustraciju ili ukrasni tekst prema demonstraciji.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umeće i ne oblikuje osnovne elemente na uporabljiv način.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13. sat. Medijski sadržaji i poveznice na slajdu</w:t>
      </w:r>
    </w:p>
    <w:p>
      <w:pPr>
        <w:keepNext/>
        <w:spacing w:after="100"/>
      </w:pPr>
      <w:r>
        <w:rPr>
          <w:i/>
          <w:color w:val="5F6B70"/>
          <w:sz w:val="18"/>
        </w:rPr>
        <w:t>Medijski detektivi: U svijetu medijskih poruka  |  C.6.2.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načine umetanja medijskih sadržaja i poveznica, svrhu interaktivne navigacije te pravila navođenja izvora;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načine umetanja medijskih sadržaja i poveznica, svrhu interaktivne navigacije te pravila navođenja izvora;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načine umetanja medijskih sadržaja i poveznica, svrhu interaktivne navigacije te pravila navođenja izvora;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načine umetanja medijskih sadržaja i poveznica, svrhu interaktivne navigacije te pravila navođenja izvora.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načine umetanja medijskih sadržaja i poveznica, svrhu interaktivne navigacije te pravila navođenja izvora.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umeće odgovarajuće medijske sadržaje i ispravne poveznice, oblikuje logičnu navigaciju, provjerava funkcionalnost i uredno navodi izvore.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umeće i provjerava medije i poveznice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dodaje medijski sadržaj i funkcionalnu poveznicu na slajd.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prema modelu umeće jedan sadržaj ili poveznicu.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umeće funkcionalan medijski sadržaj ni poveznicu.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14. sat. Ponavljanje i vrednovanje – medijske poruke</w:t>
      </w:r>
    </w:p>
    <w:p>
      <w:pPr>
        <w:keepNext/>
        <w:spacing w:after="100"/>
      </w:pPr>
      <w:r>
        <w:rPr>
          <w:i/>
          <w:color w:val="5F6B70"/>
          <w:sz w:val="18"/>
        </w:rPr>
        <w:t>Provjera ostvarenosti  |  A.6.1., C.6.2.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kriterija: </w:t>
            </w:r>
            <w:r>
              <w:t>Provjeravaju se prethodno obrađeni ishodi. Primjenjuju se kriteriji pripadajućih nastavnih jedinica u elementima Usvojenost sadržaja i Primjena znanja.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15. i 16. sat. Štetni programi i zaštita podataka</w:t>
      </w:r>
    </w:p>
    <w:p>
      <w:pPr>
        <w:keepNext/>
        <w:spacing w:after="100"/>
      </w:pPr>
      <w:r>
        <w:rPr>
          <w:i/>
          <w:color w:val="5F6B70"/>
          <w:sz w:val="18"/>
        </w:rPr>
        <w:t>Skrivene opasnosti digitalnog svijeta  |  B.6.1., B.6.2.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vrste i djelovanje štetnih programa te mjere zaštite uređaja i podataka: ažuriranja, zaštitni programi, sigurnosne kopije i oprezno postupanje;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vrste i djelovanje štetnih programa te mjere zaštite uređaja i podataka: ažuriranja, zaštitni programi, sigurnosne kopije i oprezno postupanje;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vrste i djelovanje štetnih programa te mjere zaštite uređaja i podataka: ažuriranja, zaštitni programi, sigurnosne kopije i oprezno postupanje;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vrste i djelovanje štetnih programa te mjere zaštite uređaja i podataka: ažuriranja, zaštitni programi, sigurnosne kopije i oprezno postupanje.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vrste i djelovanje štetnih programa te mjere zaštite uređaja i podataka: ažuriranja, zaštitni programi, sigurnosne kopije i oprezno postupanje.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prepoznaje moguću vrstu štetnog programa iz opisa situacije, procjenjuje rizik te izrađuje i obrazlaže cjelovit plan zaštite uređaja i podataka.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odabire primjerene mjere zaštite i obrazlaže ih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povezuje tipičnu prijetnju s odgovarajućom mjerom zaštite.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očitu prijetnju i primjenjuje jednu zadanu zaštitnu mjeru.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osnovnu prijetnju niti odabire sigurniji postupak.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17. sat. Opasnosti iza ekrana</w:t>
      </w:r>
    </w:p>
    <w:p>
      <w:pPr>
        <w:keepNext/>
        <w:spacing w:after="100"/>
      </w:pPr>
      <w:r>
        <w:rPr>
          <w:i/>
          <w:color w:val="5F6B70"/>
          <w:sz w:val="18"/>
        </w:rPr>
        <w:t>Skrivene opasnosti digitalnog svijeta  |  B.6.1., B.6.2.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oblike elektroničkog nasilja i govora mržnje, digitalni trag, čuvanje dokaza, načine prijave i postupke zaštite;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oblike elektroničkog nasilja i govora mržnje, digitalni trag, čuvanje dokaza, načine prijave i postupke zaštite;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oblike elektroničkog nasilja i govora mržnje, digitalni trag, čuvanje dokaza, načine prijave i postupke zaštite;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oblike elektroničkog nasilja i govora mržnje, digitalni trag, čuvanje dokaza, načine prijave i postupke zaštite.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oblike elektroničkog nasilja i govora mržnje, digitalni trag, čuvanje dokaza, načine prijave i postupke zaštite.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procjenjuje rizičnu mrežnu situaciju, razlikuje nesporazum od elektroničkog nasilja, čuva dokaze, ne uzvraća, bira odgovarajući način prijave i obrazlaže zaštitu digitalnog traga.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predlaže siguran slijed postupaka i primjeren način prijave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prepoznaje neprihvatljivo ponašanje, navodi kome se obratiti i kako sačuvati dokaz.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odabire jedan siguran postupak u jasno opisanoj situaciji.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opasnost niti bira siguran način reagiranja.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18. sat. Planiramo i stvaramo svoju igru</w:t>
      </w:r>
    </w:p>
    <w:p>
      <w:pPr>
        <w:keepNext/>
        <w:spacing w:after="100"/>
      </w:pPr>
      <w:r>
        <w:rPr>
          <w:i/>
          <w:color w:val="5F6B70"/>
          <w:sz w:val="18"/>
        </w:rPr>
        <w:t>U labirintu sigurnosti: Digitalni junaci  |  B.6.2., C.6.1., C.6.2.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cilj, pravila i grananje igre, rastavljanje problema na korake te povezanost odluka igrača s ishodima;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cilj, pravila i grananje igre, rastavljanje problema na korake te povezanost odluka igrača s ishodima;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cilj, pravila i grananje igre, rastavljanje problema na korake te povezanost odluka igrača s ishodima;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cilj, pravila i grananje igre, rastavljanje problema na korake te povezanost odluka igrača s ishodima.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cilj, pravila i grananje igre, rastavljanje problema na korake te povezanost odluka igrača s ishodima.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izrađuje razgranati plan igre s jasnim ciljem, pravilima, odlukama i mogućim ishodima te složen problem rastavlja na izvedive korake.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planira logično grananje i korake izrade igre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određuje cilj, pravila i barem dvije povezane odluke.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prema predlošku zapisuje jednostavan slijed i jednu odluku.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oblikuje osnovni plan ni logičan slijed igre.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19. i 20. sat. Odluke u programu (ako…onda…)</w:t>
      </w:r>
    </w:p>
    <w:p>
      <w:pPr>
        <w:keepNext/>
        <w:spacing w:after="100"/>
      </w:pPr>
      <w:r>
        <w:rPr>
          <w:i/>
          <w:color w:val="5F6B70"/>
          <w:sz w:val="18"/>
        </w:rPr>
        <w:t>U labirintu sigurnosti: Digitalni junaci  |  C.6.1., C.6.2.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uvjet i jednostavnu odluku ako–onda, ulazne vrijednosti te ovisnost izvođenja naredbe o istinitosti uvjeta;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uvjet i jednostavnu odluku ako–onda, ulazne vrijednosti te ovisnost izvođenja naredbe o istinitosti uvjeta;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uvjet i jednostavnu odluku ako–onda, ulazne vrijednosti te ovisnost izvođenja naredbe o istinitosti uvjeta;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uvjet i jednostavnu odluku ako–onda, ulazne vrijednosti te ovisnost izvođenja naredbe o istinitosti uvjeta.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uvjet i jednostavnu odluku ako–onda, ulazne vrijednosti te ovisnost izvođenja naredbe o istinitosti uvjeta.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oblikuje i programira točne uvjete ako–onda za različite ulazne vrijednosti, predviđa rezultate, ispituje granične slučajeve i ispravlja pogreške.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primjenjuje jednostavnu odluku i testira je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sastavlja uvjet, povezuje ga s radnjom i provjerava rezultat.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dopunjuje pripremljenu odluku jednim uvjetom ili naredbom.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povezuje uvjet s odgovarajućom radnjom.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21. i 22. sat. Složene odluke (ako…onda…inače…)</w:t>
      </w:r>
    </w:p>
    <w:p>
      <w:pPr>
        <w:keepNext/>
        <w:spacing w:after="100"/>
      </w:pPr>
      <w:r>
        <w:rPr>
          <w:i/>
          <w:color w:val="5F6B70"/>
          <w:sz w:val="18"/>
        </w:rPr>
        <w:t>U labirintu sigurnosti: Digitalni junaci  |  C.6.1., C.6.2.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strukturu ako–onda–inače, složene uvjete i odabir jedne od dviju mogućih grana programa;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strukturu ako–onda–inače, složene uvjete i odabir jedne od dviju mogućih grana programa;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strukturu ako–onda–inače, složene uvjete i odabir jedne od dviju mogućih grana programa;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strukturu ako–onda–inače, složene uvjete i odabir jedne od dviju mogućih grana programa.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strukturu ako–onda–inače, složene uvjete i odabir jedne od dviju mogućih grana programa.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programira točnu odluku ako–onda–inače, po potrebi povezuje više uvjeta, predviđa obje grane i sustavno provjerava različite ulaze.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izrađuje i ispituje složenu odluku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popunjava obje grane odluke i provjerava tipične vrijednosti.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dovršava pripremljenu strukturu prema zadanom primjeru.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razlikuje ni ne oblikuje dvije grane odluke.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23. i 24. sat. Petlje i odluke u akciji</w:t>
      </w:r>
    </w:p>
    <w:p>
      <w:pPr>
        <w:keepNext/>
        <w:spacing w:after="100"/>
      </w:pPr>
      <w:r>
        <w:rPr>
          <w:i/>
          <w:color w:val="5F6B70"/>
          <w:sz w:val="18"/>
        </w:rPr>
        <w:t>U labirintu sigurnosti: Digitalni junaci  |  C.6.1., C.6.2.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ulogu ponavljanja i uvjeta u programu te povezivanje petlji i odluka radi upravljanja tijekom igre;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ulogu ponavljanja i uvjeta u programu te povezivanje petlji i odluka radi upravljanja tijekom igre;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ulogu ponavljanja i uvjeta u programu te povezivanje petlji i odluka radi upravljanja tijekom igre;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ulogu ponavljanja i uvjeta u programu te povezivanje petlji i odluka radi upravljanja tijekom igre.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ulogu ponavljanja i uvjeta u programu te povezivanje petlji i odluka radi upravljanja tijekom igre.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smisleno povezuje petlje i odluke u funkcionalnoj igri, optimizira nepotrebno ponavljanje, testira ponašanje programa i ispravlja logičke pogreške.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primjenjuje petlju i odluku te provjerava rezultat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umeće ponavljanje i prilagođava uvjet da bi igra izvela zadanu radnju.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mijenja broj ponavljanja ili uvjet u pripremljenom programu.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primjenjuje osnovno ponavljanje ni odluku u programu.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25. i 26. sat. Testiraj, vrednuj, istraži i objavi</w:t>
      </w:r>
    </w:p>
    <w:p>
      <w:pPr>
        <w:keepNext/>
        <w:spacing w:after="100"/>
      </w:pPr>
      <w:r>
        <w:rPr>
          <w:i/>
          <w:color w:val="5F6B70"/>
          <w:sz w:val="18"/>
        </w:rPr>
        <w:t>U labirintu sigurnosti: Digitalni junaci  |  B.6.2., C.6.1., C.6.2.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postupke testiranja i ispravljanja pogrešaka, kriterije vrednovanja igre te pravila snimanja, uređivanja i odgovornog objavljivanja;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postupke testiranja i ispravljanja pogrešaka, kriterije vrednovanja igre te pravila snimanja, uređivanja i odgovornog objavljivanja;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postupke testiranja i ispravljanja pogrešaka, kriterije vrednovanja igre te pravila snimanja, uređivanja i odgovornog objavljivanja;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postupke testiranja i ispravljanja pogrešaka, kriterije vrednovanja igre te pravila snimanja, uređivanja i odgovornog objavljivanja.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postupke testiranja i ispravljanja pogrešaka, kriterije vrednovanja igre te pravila snimanja, uređivanja i odgovornog objavljivanja.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izrađuje plan testiranja, otkriva i ispravlja pogreške, argumentirano vrednuje igru, snima i uređuje jasan prikaz igranja te ga objavljuje na dogovoren i siguran način.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testira, poboljšava, predstavlja i vrednuje igru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provjerava ključne funkcije, ispravlja jednostavnu pogrešku i izrađuje osnovnu snimku.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izvodi zadani test i bilježi jedan nedostatak ili prijedlog.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provodi osnovno testiranje niti primjenjuje kriterije vrednovanja.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27. sat. Provjeravanje – Digitalni junaci</w:t>
      </w:r>
    </w:p>
    <w:p>
      <w:pPr>
        <w:keepNext/>
        <w:spacing w:after="100"/>
      </w:pPr>
      <w:r>
        <w:rPr>
          <w:i/>
          <w:color w:val="5F6B70"/>
          <w:sz w:val="18"/>
        </w:rPr>
        <w:t>Provjera ostvarenosti  |  B.6.2., C.6.1., C.6.2.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kriterija: </w:t>
            </w:r>
            <w:r>
              <w:t>Provjeravaju se prethodno obrađeni ishodi. Primjenjuju se kriteriji pripadajućih nastavnih jedinica u elementima Usvojenost sadržaja i Primjena znanja.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28. sat. Unutarnji svijet digitalnih uređaja</w:t>
      </w:r>
    </w:p>
    <w:p>
      <w:pPr>
        <w:keepNext/>
        <w:spacing w:after="100"/>
      </w:pPr>
      <w:r>
        <w:rPr>
          <w:i/>
          <w:color w:val="5F6B70"/>
          <w:sz w:val="18"/>
        </w:rPr>
        <w:t>Uhvaćeni u mreži  |  B.6.2., C.6.3.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ulogu procesora, radne memorije, uređaja za pohranu te ulaznih i izlaznih jedinica u radu digitalnog uređaja;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ulogu procesora, radne memorije, uređaja za pohranu te ulaznih i izlaznih jedinica u radu digitalnog uređaja;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ulogu procesora, radne memorije, uređaja za pohranu te ulaznih i izlaznih jedinica u radu digitalnog uređaja;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ulogu procesora, radne memorije, uređaja za pohranu te ulaznih i izlaznih jedinica u radu digitalnog uređaja.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ulogu procesora, radne memorije, uređaja za pohranu te ulaznih i izlaznih jedinica u radu digitalnog uređaja.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povezuje dijelove digitalnog uređaja s njihovom ulogom, analizira tok obrade podataka i obrazloženo odabire komponente za zadanu namjenu.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prepoznaje uloge ključnih dijelova i povezuje ih s radom uređaja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razvrstava procesor, memoriju, spremnike te ulazne i izlazne jedinice.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nekoliko osnovnih dijelova na slici ili uređaju.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osnovne dijelove ni njihovu namjenu.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29. i 30. sat. Gdje se spremaju podatci?</w:t>
      </w:r>
    </w:p>
    <w:p>
      <w:pPr>
        <w:keepNext/>
        <w:spacing w:after="100"/>
      </w:pPr>
      <w:r>
        <w:rPr>
          <w:i/>
          <w:color w:val="5F6B70"/>
          <w:sz w:val="18"/>
        </w:rPr>
        <w:t>Uhvaćeni u mreži  |  B.6.2., C.6.3.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vrste spremnika podataka, mjerne jedinice kapaciteta, lokalnu, prijenosnu i mrežnu pohranu te kriterije odabira;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vrste spremnika podataka, mjerne jedinice kapaciteta, lokalnu, prijenosnu i mrežnu pohranu te kriterije odabira;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vrste spremnika podataka, mjerne jedinice kapaciteta, lokalnu, prijenosnu i mrežnu pohranu te kriterije odabira;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vrste spremnika podataka, mjerne jedinice kapaciteta, lokalnu, prijenosnu i mrežnu pohranu te kriterije odabira.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vrste spremnika podataka, mjerne jedinice kapaciteta, lokalnu, prijenosnu i mrežnu pohranu te kriterije odabira.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uspoređuje kapacitet, brzinu, dostupnost i sigurnost različitih načina pohrane, pretvara osnovne mjerne jedinice i obrazloženo bira rješenje za zadanu situaciju.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uspoređuje spremnike i odabire odgovarajući način pohrane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očitava kapacitet, razlikuje lokalnu i mrežnu pohranu te bira prikladan spremnik.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osnovni spremnik i veću ili manju mjernu jedinicu.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način pohrane ni osnovni odnos kapaciteta.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31. sat. Mrežni labirint</w:t>
      </w:r>
    </w:p>
    <w:p>
      <w:pPr>
        <w:keepNext/>
        <w:spacing w:after="100"/>
      </w:pPr>
      <w:r>
        <w:rPr>
          <w:i/>
          <w:color w:val="5F6B70"/>
          <w:sz w:val="18"/>
        </w:rPr>
        <w:t>Uhvaćeni u mreži  |  B.6.2., C.6.3.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svrhu računalne mreže, osnovne mrežne uređaje i razliku između žičnog i bežičnog povezivanja;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svrhu računalne mreže, osnovne mrežne uređaje i razliku između žičnog i bežičnog povezivanja;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svrhu računalne mreže, osnovne mrežne uređaje i razliku između žičnog i bežičnog povezivanja;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svrhu računalne mreže, osnovne mrežne uređaje i razliku između žičnog i bežičnog povezivanja.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svrhu računalne mreže, osnovne mrežne uređaje i razliku između žičnog i bežičnog povezivanja.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izrađuje ili tumači prikaz računalne mreže, točno povezuje uređaje i njihove uloge te uspoređuje žično i bežično povezivanje prema zadanim kriterijima.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tumači mrežni prikaz i uspoređuje načine povezivanja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prepoznaje osnovne mrežne uređaje i jednostavne veze među njima.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na zadanom prikazu označava uređaj ili vrstu veze.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osnovni mrežni odnos ni uređaj.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32. sat. Povezivanje računala i uređaja u mrežu</w:t>
      </w:r>
    </w:p>
    <w:p>
      <w:pPr>
        <w:keepNext/>
        <w:spacing w:after="100"/>
      </w:pPr>
      <w:r>
        <w:rPr>
          <w:i/>
          <w:color w:val="5F6B70"/>
          <w:sz w:val="18"/>
        </w:rPr>
        <w:t>Uhvaćeni u mreži  |  B.6.2., C.6.3.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načine povezivanja uređaja, ulogu mrežnog prilagodnika, usmjernika i pristupne točke te prednosti i rizike mrežnog rada;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načine povezivanja uređaja, ulogu mrežnog prilagodnika, usmjernika i pristupne točke te prednosti i rizike mrežnog rada;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načine povezivanja uređaja, ulogu mrežnog prilagodnika, usmjernika i pristupne točke te prednosti i rizike mrežnog rada;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načine povezivanja uređaja, ulogu mrežnog prilagodnika, usmjernika i pristupne točke te prednosti i rizike mrežnog rada.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načine povezivanja uređaja, ulogu mrežnog prilagodnika, usmjernika i pristupne točke te prednosti i rizike mrežnog rada.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odabire i provodi primjeren način povezivanja uređaja, provjerava osnovne postavke i zaštitu te dijagnosticira i otklanja tipičan problem veze.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povezuje uređaj i provjerava vezu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odabire mrežu ili priključak, povezuje uređaj i provjerava radi li veza.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izvodi pojedini korak povezivanja prema demonstraciji.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odabire ni provodi osnovni način povezivanja.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33. sat. Podatci putuju mrežom</w:t>
      </w:r>
    </w:p>
    <w:p>
      <w:pPr>
        <w:keepNext/>
        <w:spacing w:after="100"/>
      </w:pPr>
      <w:r>
        <w:rPr>
          <w:i/>
          <w:color w:val="5F6B70"/>
          <w:sz w:val="18"/>
        </w:rPr>
        <w:t>Uhvaćeni u mreži  |  B.6.2., C.6.3.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put podataka od pošiljatelja do primatelja, ulogu adresa, mrežnih uređaja i dogovorenih pravila komunikacije;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put podataka od pošiljatelja do primatelja, ulogu adresa, mrežnih uređaja i dogovorenih pravila komunikacije;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put podataka od pošiljatelja do primatelja, ulogu adresa, mrežnih uređaja i dogovorenih pravila komunikacije;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put podataka od pošiljatelja do primatelja, ulogu adresa, mrežnih uređaja i dogovorenih pravila komunikacije.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put podataka od pošiljatelja do primatelja, ulogu adresa, mrežnih uređaja i dogovorenih pravila komunikacije.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na modelu ili simulaciji prati put podataka kroz mrežu, točno objašnjava uloge adrese i mrežnih uređaja te prepoznaje moguće mjesto prekida ili rizika.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opisuje put podataka i uloge ključnih uređaja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slaže osnovni redoslijed od pošiljatelja do primatelja.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početak, završetak ili jedan međukorak prijenosa.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prikazuje osnovni put podataka kroz mrežu.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34. sat. Konačni bijeg – mrežni vrtlog</w:t>
      </w:r>
    </w:p>
    <w:p>
      <w:pPr>
        <w:keepNext/>
        <w:spacing w:after="100"/>
      </w:pPr>
      <w:r>
        <w:rPr>
          <w:i/>
          <w:color w:val="5F6B70"/>
          <w:sz w:val="18"/>
        </w:rPr>
        <w:t>Uhvaćeni u mreži  |  B.6.2., C.6.3.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odnose između pohrane, mrežnog povezivanja, prijenosa podataka i zaštite uređaja pri rješavanju tehničkih problema;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odnose između pohrane, mrežnog povezivanja, prijenosa podataka i zaštite uređaja pri rješavanju tehničkih problema;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odnose između pohrane, mrežnog povezivanja, prijenosa podataka i zaštite uređaja pri rješavanju tehničkih problema;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odnose između pohrane, mrežnog povezivanja, prijenosa podataka i zaštite uređaja pri rješavanju tehničkih problema.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odnose između pohrane, mrežnog povezivanja, prijenosa podataka i zaštite uređaja pri rješavanju tehničkih problema.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rješava složeniji problemski zadatak povezivanjem znanja o uređajima, pohrani, mreži i zaštiti, provjerava rješenje te jasno obrazlaže postupak.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rješava mrežni problemski zadatak i obrazlaže ključne korake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odabire odgovarajuće podatke i rješava većinu koraka zadatka.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rješava pojedini jasno vođen korak ili prepoznaje uzrok problema.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primjenjuje osnovna znanja u zadanom tehničkom problemu.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35. sat. Iz šestog razreda ću ponijeti... / Zaključivanje ocjena</w:t>
      </w:r>
    </w:p>
    <w:p>
      <w:pPr>
        <w:keepNext/>
        <w:spacing w:after="100"/>
      </w:pPr>
      <w:r>
        <w:rPr>
          <w:i/>
          <w:color w:val="5F6B70"/>
          <w:sz w:val="18"/>
        </w:rPr>
        <w:t>Završna aktivnost  |  A.6.1., B.6.1., B.6.2., C.6.1., C.6.2., C.6.3.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 kao nova nastavna jedinica: </w:t>
            </w:r>
            <w:r>
              <w:t>Učenik sudjeluje u samovrednovanju i razgovoru o napretku. Zaključna ocjena temelji se na razini ostvarenosti ishoda u oba elementa, uz profesionalnu prosudbu učitelja.</w:t>
            </w:r>
          </w:p>
        </w:tc>
      </w:tr>
    </w:tbl>
    <w:p>
      <w:pPr>
        <w:spacing w:after="20"/>
      </w:pPr>
    </w:p>
    <w:p>
      <w:pPr>
        <w:pStyle w:val="Heading1"/>
      </w:pPr>
      <w:r>
        <w:t>5. Zaključna ocjena</w:t>
      </w:r>
    </w:p>
    <w:p>
      <w:r>
        <w:t>Zaključna ocjena treba odgovarati ukupnoj razini ostvarenosti odgojno-obrazovnih ishoda. Oba elementa vrednovanja imaju jednak udio. U obzir se uzimaju napredovanje, samostalnost, primjena znanja u novoj situaciji, kvaliteta digitalnih radova, sigurna komunikacija i odgovorno ponašanje. Zaključna ocjena ne mora proizlaziti iz aritmetičke sredine upisanih ocjena.</w:t>
      </w:r>
    </w:p>
    <w:p>
      <w:pPr>
        <w:pStyle w:val="Heading1"/>
      </w:pPr>
      <w:r>
        <w:t>6. Izvori</w:t>
      </w:r>
    </w:p>
    <w:p>
      <w:pPr>
        <w:pStyle w:val="ListBullet"/>
      </w:pPr>
      <w:r>
        <w:t>Eksperimentalni kurikulum nastavnog predmeta Informacijske i digitalne kompetencije za osnovne škole.</w:t>
      </w:r>
    </w:p>
    <w:p>
      <w:pPr>
        <w:pStyle w:val="ListBullet"/>
      </w:pPr>
      <w:r>
        <w:t>Metodički priručnik @mreža 6.</w:t>
      </w:r>
    </w:p>
    <w:p>
      <w:pPr>
        <w:pStyle w:val="ListBullet"/>
      </w:pPr>
      <w:r>
        <w:t>Godišnji izvedbeni kurikulum @mreža 6 za jedan sat tjedno, prilagođen školskoj godini 2026./2027.</w:t>
      </w:r>
    </w:p>
    <w:p>
      <w:pPr>
        <w:pStyle w:val="ListBullet"/>
      </w:pPr>
      <w:r>
        <w:t>Udžbenik @mreža 6, Školska knjiga.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247" w:bottom="1020" w:left="124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F6B70"/>
        <w:sz w:val="16"/>
      </w:rPr>
      <w:t>Kriteriji vrednovanja • Informacijske i digitalne kompetencije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F6B70"/>
        <w:sz w:val="17"/>
      </w:rPr>
      <w:t>IDK • 6. razred • 2026./2027.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67E9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67E9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A5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Kriteriji vrednovanja IDK - 6. razred</dc:title>
  <dc:subject>Školska godina 2026./2027.</dc:subject>
  <dc:creator>Ivan Došen</dc:creator>
  <cp:keywords>IDK, kriteriji vrednovanja, šesti razred, 2026./2027.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