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120"/>
      </w:pPr>
      <w:r>
        <w:rPr>
          <w:b/>
          <w:color w:val="174A5B"/>
          <w:sz w:val="48"/>
        </w:rPr>
        <w:t>KRITERIJI VREDNOVANJA</w:t>
      </w:r>
    </w:p>
    <w:p>
      <w:pPr>
        <w:spacing w:after="280"/>
      </w:pPr>
      <w:r>
        <w:rPr>
          <w:color w:val="167E9B"/>
          <w:sz w:val="28"/>
        </w:rPr>
        <w:t>Tehnička kultura • 6. razred osnovne škole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DDEFF4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Školska godina: </w:t>
            </w:r>
            <w:r>
              <w:t>2026./2027. • Cjelodnevna škola • 70 sati godišnje, organiziranih u dvosatima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Škola: </w:t>
            </w:r>
            <w:r>
              <w:t>OŠ Čakovci • Izradio: Ivan Došen</w:t>
            </w:r>
          </w:p>
        </w:tc>
      </w:tr>
    </w:tbl>
    <w:p>
      <w:pPr>
        <w:spacing w:after="20"/>
      </w:pPr>
    </w:p>
    <w:p>
      <w:pPr>
        <w:pStyle w:val="Heading1"/>
      </w:pPr>
      <w:r>
        <w:t>1. Polazišta vrednovanja</w:t>
      </w:r>
    </w:p>
    <w:p>
      <w:r>
        <w:t>Kriteriji su izrađeni prema Kurikulumu nastavnog predmeta Tehnička kultura (NN 7/2019), izvedbenom kurikulumu za škole u programu cjelodnevne škole uz udžbenik Svijet tehnike 6, detaljnim pripremama, radnim listićima i sadržajima udžbeničkoga kompleta.</w:t>
      </w:r>
    </w:p>
    <w:p>
      <w:pPr>
        <w:spacing w:after="80"/>
      </w:pPr>
      <w:r>
        <w:rPr>
          <w:b/>
          <w:color w:val="174A5B"/>
        </w:rPr>
        <w:t xml:space="preserve">Svrha vrednovanja. </w:t>
      </w:r>
      <w:r>
        <w:t>Vrednovanje je usmjereno na ostvarivanje ishoda, razvoj tehničke pismenosti, sigurnoga rada, radnih vještina i odgovornoga odnosa prema radu. Učenik dobiva jasnu i pravodobnu povratnu informaciju o znanju, postupku i napretku.</w:t>
      </w:r>
    </w:p>
    <w:p>
      <w:pPr>
        <w:spacing w:after="80"/>
      </w:pPr>
      <w:r>
        <w:rPr>
          <w:b/>
          <w:color w:val="174A5B"/>
        </w:rPr>
        <w:t xml:space="preserve">Načini praćenja i vrednovanja. </w:t>
      </w:r>
      <w:r>
        <w:t>Razina ostvarenosti utvrđuje se razgovorom i obrazlaganjem, tehničkim crtežima i dokumentacijom, mjerenjima i ispitivanjima, praktičnim vježbama, modelima i tehničkim tvorevinama izrađenima u školi, izvješćem, predstavljanjem rada te kontinuiranim praćenjem samostalnosti i odgovornosti.</w:t>
      </w:r>
    </w:p>
    <w:p>
      <w:pPr>
        <w:spacing w:after="80"/>
      </w:pPr>
      <w:r>
        <w:rPr>
          <w:b/>
          <w:color w:val="174A5B"/>
        </w:rPr>
        <w:t xml:space="preserve">Cjelovita procjena. </w:t>
      </w:r>
      <w:r>
        <w:t>Ne vrednuje se samo izgled gotovoga rada. Vrednuju se razumijevanje, primjena normi, preciznost, funkcionalnost, tijek rada, uporaba dokumentacije, sigurno rukovanje, racionalnost, samostalnost, odgovornost i sposobnost objašnjavanja i poboljšavanja rješenja.</w:t>
      </w:r>
    </w:p>
    <w:p>
      <w:pPr>
        <w:spacing w:after="80"/>
      </w:pPr>
      <w:r>
        <w:rPr>
          <w:b/>
          <w:color w:val="174A5B"/>
        </w:rPr>
        <w:t xml:space="preserve">Praktični rad u školi. </w:t>
      </w:r>
      <w:r>
        <w:t>Brojčano se vrednuju samo vježbe i tvorevine koje je učenik izradio u školi tijekom nastave i nakon što je imao mogućnost uvježbati potrebna znanja i vještine. Tehničke poteškoće ili nedostatak materijala izvan učenikove kontrole ne umanjuju procjenu njegova postignuća.</w:t>
      </w:r>
    </w:p>
    <w:p>
      <w:pPr>
        <w:spacing w:after="80"/>
      </w:pPr>
      <w:r>
        <w:rPr>
          <w:b/>
          <w:color w:val="174A5B"/>
        </w:rPr>
        <w:t xml:space="preserve">Sigurnost. </w:t>
      </w:r>
      <w:r>
        <w:t>Učenik prije rada mora biti upoznat s pravilnom uporabom pribora, alata i osobne zaštitne opreme. Postupak koji ugrožava učenika ili druge odmah se zaustavlja. Sigurnost je sastavni dio praktičnoga rada te samostalnosti i odgovornosti, a ne dodatak ocjeni.</w:t>
      </w:r>
    </w:p>
    <w:p>
      <w:pPr>
        <w:spacing w:after="80"/>
      </w:pPr>
      <w:r>
        <w:rPr>
          <w:b/>
          <w:color w:val="174A5B"/>
        </w:rPr>
        <w:t xml:space="preserve">Individualne potrebe. </w:t>
      </w:r>
      <w:r>
        <w:t>Zadatci, opseg rada, potrebna podrška i načini vrednovanja prilagođavaju se individualnim potrebama učenika uz očuvanje smisla i sigurnosti ishoda.</w:t>
      </w:r>
    </w:p>
    <w:p>
      <w:pPr>
        <w:spacing w:after="80"/>
      </w:pPr>
      <w:r>
        <w:rPr>
          <w:b/>
          <w:color w:val="174A5B"/>
        </w:rPr>
        <w:t xml:space="preserve">Primjena kriterija. </w:t>
      </w:r>
      <w:r>
        <w:t>Učenik ne mora dobiti ocjenu iz sva tri elementa u svakoj jedinici. Učitelj odabire reprezentativne aktivnosti i tijekom vremena prikuplja dovoljno pokazatelja za svaki element.</w:t>
      </w:r>
    </w:p>
    <w:p>
      <w:pPr>
        <w:pStyle w:val="Heading1"/>
      </w:pPr>
      <w:r>
        <w:t>2. Elementi vrednovanja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Usvojenost znanja: </w:t>
            </w:r>
            <w:r>
              <w:t>teorijska i činjenična znanja, razumijevanje i primjena tehničkoga nazivlja, normi, svojstava, procesa i zakonitosti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Vježbe i praktičan rad: </w:t>
            </w:r>
            <w:r>
              <w:t>vještine tehničkoga crtanja, mjerenja, ispitivanja, uporabe dokumentacije, obrade i spajanja materijala te kvaliteta i funkcionalnost rada izrađenoga na nastavi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Samostalnost i odgovornost: </w:t>
            </w:r>
            <w:r>
              <w:t>razina samostalnosti, savjesnost i redovitost, organizacija radnoga mjesta, zaštita na radu, racionalna uporaba materijala te odgovornost prema sredstvima i sudionicima rada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3. Opće značenje razina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radi samostalno, precizno, sigurno i odgovorno; objašnjava odluke, provjerava rad te znanje i vještine primjenjuje u novoj situaciji.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radi uglavnom samostalno, točno i sigurno; potreban mu je tek povremeni kratki podsjetnik ili manja dorada.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ostvaruje temeljni dio ishoda uz povremenu stručnu pomoć; postupak je većinom ispravan i siguran.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ostvaruje samo osnovni dio ishoda uz često konkretno vođenje, ponovljenu demonstraciju i nadzor.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ni uz primjerenu pomoć ne pokazuje osnovno razumijevanje ili ne izvršava temeljne korake; nesiguran se postupak odmah zaustavlja.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Napomena: </w:t>
            </w:r>
            <w:r>
              <w:t>Prednost uvijek imaju konkretni kriteriji navedeni uz pojedinu nastavnu jedinicu.</w:t>
            </w:r>
          </w:p>
        </w:tc>
      </w:tr>
    </w:tbl>
    <w:p>
      <w:pPr>
        <w:spacing w:after="20"/>
      </w:pPr>
    </w:p>
    <w:p>
      <w:pPr>
        <w:pStyle w:val="Heading1"/>
      </w:pPr>
      <w:r>
        <w:t>4. Kriteriji po nastavnim jedinicama</w:t>
      </w:r>
    </w:p>
    <w:p>
      <w:pPr>
        <w:pStyle w:val="Heading2"/>
        <w:keepNext/>
      </w:pPr>
      <w:r>
        <w:t>1. i 2. sat. Upoznavanje s predmetom, pravilima radionice i inicijalno vrednovanje</w:t>
      </w:r>
    </w:p>
    <w:p>
      <w:pPr>
        <w:keepNext/>
        <w:spacing w:after="100"/>
      </w:pPr>
      <w:r>
        <w:rPr>
          <w:i/>
          <w:color w:val="5F6B70"/>
          <w:sz w:val="18"/>
        </w:rPr>
        <w:t>Uvodna aktivnost  |  Ishodi 5. razreda  |  Ne ocjenjuje se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Ne ocjenjuje se: </w:t>
            </w:r>
            <w:r>
              <w:t>Učenici upoznaju kriterije, pravila ponašanja i zaštite na radu te ponavljaju tehničko crtanje iz petoga razreda. Inicijalno vrednovanje služi planiranju poučavanja i ne rezultira brojčanom ocjenom.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3. i 4. sat. Vježba 1 – ortogonalno projiciranje</w:t>
      </w:r>
    </w:p>
    <w:p>
      <w:pPr>
        <w:keepNext/>
        <w:spacing w:after="100"/>
      </w:pPr>
      <w:r>
        <w:rPr>
          <w:i/>
          <w:color w:val="5F6B70"/>
          <w:sz w:val="18"/>
        </w:rPr>
        <w:t>Tehničko crtanje  |  TK OŠ A.6.1.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nacrt, tlocrt i bokocrt, vrste mjerila, odnos mjere na crtežu i stvarne mjere te norme tehničkoga crtanja;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nacrt, tlocrt i bokocrt, vrste mjerila, odnos mjere na crtežu i stvarne mjere te norme tehničkoga crtanja;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nacrt, tlocrt i bokocrt, vrste mjerila, odnos mjere na crtežu i stvarne mjere te norme tehničkoga crtanja;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nacrt, tlocrt i bokocrt, vrste mjerila, odnos mjere na crtežu i stvarne mjere te norme tehničkoga crtanja.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nacrt, tlocrt i bokocrt, vrste mjerila, odnos mjere na crtežu i stvarne mjere te norme tehničkoga crtanja.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mjeri tvorevinu, odabire primjereno mjerilo te skicira i crta dovoljan broj pravokutnih projekcija uz pravilnu uporabu vrsta crta, kotiranja i oznake mjerila;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mjeri tvorevinu, odabire primjereno mjerilo te skicira i crta dovoljan broj pravokutnih projekcija uz pravilnu uporabu vrsta crta, kotiranja i oznake mjerila;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mjeri tvorevinu, odabire primjereno mjerilo te skicira i crta dovoljan broj pravokutnih projekcija uz pravilnu uporabu vrsta crta, kotiranja i oznake mjerila;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mjeri tvorevinu, odabire primjereno mjerilo te skicira i crta dovoljan broj pravokutnih projekcija uz pravilnu uporabu vrsta crta, kotiranja i oznake mjerila.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mjeri tvorevinu, odabire primjereno mjerilo te skicira i crta dovoljan broj pravokutnih projekcija uz pravilnu uporabu vrsta crta, kotiranja i oznake mjerila.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priprema pribor, slijedi redoslijed crtanja, provjerava mjere i uredno ispravlja pogreške;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priprema pribor, slijedi redoslijed crtanja, provjerava mjere i uredno ispravlja pogreške;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priprema pribor, slijedi redoslijed crtanja, provjerava mjere i uredno ispravlja pogreške;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priprema pribor, slijedi redoslijed crtanja, provjerava mjere i uredno ispravlja pogreške;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priprema pribor, slijedi redoslijed crtanja, provjerava mjere i uredno ispravlja pogreške;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5. i 6. sat. Vježba 2 – ortogonalno projiciranje složenih tijela</w:t>
      </w:r>
    </w:p>
    <w:p>
      <w:pPr>
        <w:keepNext/>
        <w:spacing w:after="100"/>
      </w:pPr>
      <w:r>
        <w:rPr>
          <w:i/>
          <w:color w:val="5F6B70"/>
          <w:sz w:val="18"/>
        </w:rPr>
        <w:t>Tehničko crtanje  |  TK OŠ A.6.1.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postupak preračunavanja mjera i primjenu prirodnoga, umanjenoga i uvećanoga mjerila;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postupak preračunavanja mjera i primjenu prirodnoga, umanjenoga i uvećanoga mjerila;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postupak preračunavanja mjera i primjenu prirodnoga, umanjenoga i uvećanoga mjerila;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postupak preračunavanja mjera i primjenu prirodnoga, umanjenoga i uvećanoga mjerila.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postupak preračunavanja mjera i primjenu prirodnoga, umanjenoga i uvećanoga mjerila.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precizno prenosi dimenzije, crta i kotira zadanu tvorevinu u određenome mjerilu te provjerava podudarnost projekcija;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precizno prenosi dimenzije, crta i kotira zadanu tvorevinu u određenome mjerilu te provjerava podudarnost projekcija;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precizno prenosi dimenzije, crta i kotira zadanu tvorevinu u određenome mjerilu te provjerava podudarnost projekcija;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precizno prenosi dimenzije, crta i kotira zadanu tvorevinu u određenome mjerilu te provjerava podudarnost projekcija.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precizno prenosi dimenzije, crta i kotira zadanu tvorevinu u određenome mjerilu te provjerava podudarnost projekcija.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samostalno planira prostor na papiru, pravilno koristi pribor i predaje uredan vlastiti rad izrađen na nastavi;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samostalno planira prostor na papiru, pravilno koristi pribor i predaje uredan vlastiti rad izrađen na nastavi;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samostalno planira prostor na papiru, pravilno koristi pribor i predaje uredan vlastiti rad izrađen na nastavi;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samostalno planira prostor na papiru, pravilno koristi pribor i predaje uredan vlastiti rad izrađen na nastavi;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samostalno planira prostor na papiru, pravilno koristi pribor i predaje uredan vlastiti rad izrađen na nastavi;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7. i 8. sat. Mjerila crtanja</w:t>
      </w:r>
    </w:p>
    <w:p>
      <w:pPr>
        <w:keepNext/>
        <w:spacing w:after="100"/>
      </w:pPr>
      <w:r>
        <w:rPr>
          <w:i/>
          <w:color w:val="5F6B70"/>
          <w:sz w:val="18"/>
        </w:rPr>
        <w:t>Tehničko crtanje  |  TK OŠ A.6.1.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nacrt, tlocrt i bokocrt, vrste mjerila, odnos mjere na crtežu i stvarne mjere te norme tehničkoga crtanja;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nacrt, tlocrt i bokocrt, vrste mjerila, odnos mjere na crtežu i stvarne mjere te norme tehničkoga crtanja;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nacrt, tlocrt i bokocrt, vrste mjerila, odnos mjere na crtežu i stvarne mjere te norme tehničkoga crtanja;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nacrt, tlocrt i bokocrt, vrste mjerila, odnos mjere na crtežu i stvarne mjere te norme tehničkoga crtanja.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nacrt, tlocrt i bokocrt, vrste mjerila, odnos mjere na crtežu i stvarne mjere te norme tehničkoga crtanja.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mjeri tvorevinu, odabire primjereno mjerilo te skicira i crta dovoljan broj pravokutnih projekcija uz pravilnu uporabu vrsta crta, kotiranja i oznake mjerila;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mjeri tvorevinu, odabire primjereno mjerilo te skicira i crta dovoljan broj pravokutnih projekcija uz pravilnu uporabu vrsta crta, kotiranja i oznake mjerila;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mjeri tvorevinu, odabire primjereno mjerilo te skicira i crta dovoljan broj pravokutnih projekcija uz pravilnu uporabu vrsta crta, kotiranja i oznake mjerila;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mjeri tvorevinu, odabire primjereno mjerilo te skicira i crta dovoljan broj pravokutnih projekcija uz pravilnu uporabu vrsta crta, kotiranja i oznake mjerila.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mjeri tvorevinu, odabire primjereno mjerilo te skicira i crta dovoljan broj pravokutnih projekcija uz pravilnu uporabu vrsta crta, kotiranja i oznake mjerila.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priprema pribor, slijedi redoslijed crtanja, provjerava mjere i uredno ispravlja pogreške;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priprema pribor, slijedi redoslijed crtanja, provjerava mjere i uredno ispravlja pogreške;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priprema pribor, slijedi redoslijed crtanja, provjerava mjere i uredno ispravlja pogreške;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priprema pribor, slijedi redoslijed crtanja, provjerava mjere i uredno ispravlja pogreške;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priprema pribor, slijedi redoslijed crtanja, provjerava mjere i uredno ispravlja pogreške;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9. i 10. sat. Vježba 1 – tehničko crtanje u mjerilu</w:t>
      </w:r>
    </w:p>
    <w:p>
      <w:pPr>
        <w:keepNext/>
        <w:spacing w:after="100"/>
      </w:pPr>
      <w:r>
        <w:rPr>
          <w:i/>
          <w:color w:val="5F6B70"/>
          <w:sz w:val="18"/>
        </w:rPr>
        <w:t>Tehničko crtanje  |  TK OŠ A.6.1.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postupak preračunavanja mjera i primjenu prirodnoga, umanjenoga i uvećanoga mjerila;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postupak preračunavanja mjera i primjenu prirodnoga, umanjenoga i uvećanoga mjerila;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postupak preračunavanja mjera i primjenu prirodnoga, umanjenoga i uvećanoga mjerila;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postupak preračunavanja mjera i primjenu prirodnoga, umanjenoga i uvećanoga mjerila.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postupak preračunavanja mjera i primjenu prirodnoga, umanjenoga i uvećanoga mjerila.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precizno prenosi dimenzije, crta i kotira zadanu tvorevinu u određenome mjerilu te provjerava podudarnost projekcija;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precizno prenosi dimenzije, crta i kotira zadanu tvorevinu u određenome mjerilu te provjerava podudarnost projekcija;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precizno prenosi dimenzije, crta i kotira zadanu tvorevinu u određenome mjerilu te provjerava podudarnost projekcija;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precizno prenosi dimenzije, crta i kotira zadanu tvorevinu u određenome mjerilu te provjerava podudarnost projekcija.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precizno prenosi dimenzije, crta i kotira zadanu tvorevinu u određenome mjerilu te provjerava podudarnost projekcija.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samostalno planira prostor na papiru, pravilno koristi pribor i predaje uredan vlastiti rad izrađen na nastavi;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samostalno planira prostor na papiru, pravilno koristi pribor i predaje uredan vlastiti rad izrađen na nastavi;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samostalno planira prostor na papiru, pravilno koristi pribor i predaje uredan vlastiti rad izrađen na nastavi;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samostalno planira prostor na papiru, pravilno koristi pribor i predaje uredan vlastiti rad izrađen na nastavi;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samostalno planira prostor na papiru, pravilno koristi pribor i predaje uredan vlastiti rad izrađen na nastavi;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11. i 12. sat. Vježba 2 – određivanje mjerila crtanja</w:t>
      </w:r>
    </w:p>
    <w:p>
      <w:pPr>
        <w:keepNext/>
        <w:spacing w:after="100"/>
      </w:pPr>
      <w:r>
        <w:rPr>
          <w:i/>
          <w:color w:val="5F6B70"/>
          <w:sz w:val="18"/>
        </w:rPr>
        <w:t>Tehničko crtanje  |  TK OŠ A.6.1.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postupak preračunavanja mjera i primjenu prirodnoga, umanjenoga i uvećanoga mjerila;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postupak preračunavanja mjera i primjenu prirodnoga, umanjenoga i uvećanoga mjerila;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postupak preračunavanja mjera i primjenu prirodnoga, umanjenoga i uvećanoga mjerila;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postupak preračunavanja mjera i primjenu prirodnoga, umanjenoga i uvećanoga mjerila.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postupak preračunavanja mjera i primjenu prirodnoga, umanjenoga i uvećanoga mjerila.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precizno prenosi dimenzije, crta i kotira zadanu tvorevinu u određenome mjerilu te provjerava podudarnost projekcija;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precizno prenosi dimenzije, crta i kotira zadanu tvorevinu u određenome mjerilu te provjerava podudarnost projekcija;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precizno prenosi dimenzije, crta i kotira zadanu tvorevinu u određenome mjerilu te provjerava podudarnost projekcija;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precizno prenosi dimenzije, crta i kotira zadanu tvorevinu u određenome mjerilu te provjerava podudarnost projekcija.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precizno prenosi dimenzije, crta i kotira zadanu tvorevinu u određenome mjerilu te provjerava podudarnost projekcija.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samostalno planira prostor na papiru, pravilno koristi pribor i predaje uredan vlastiti rad izrađen na nastavi;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samostalno planira prostor na papiru, pravilno koristi pribor i predaje uredan vlastiti rad izrađen na nastavi;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samostalno planira prostor na papiru, pravilno koristi pribor i predaje uredan vlastiti rad izrađen na nastavi;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samostalno planira prostor na papiru, pravilno koristi pribor i predaje uredan vlastiti rad izrađen na nastavi;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samostalno planira prostor na papiru, pravilno koristi pribor i predaje uredan vlastiti rad izrađen na nastavi;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13. i 14. sat. Građevinski crtež</w:t>
      </w:r>
    </w:p>
    <w:p>
      <w:pPr>
        <w:keepNext/>
        <w:spacing w:after="100"/>
      </w:pPr>
      <w:r>
        <w:rPr>
          <w:i/>
          <w:color w:val="5F6B70"/>
          <w:sz w:val="18"/>
        </w:rPr>
        <w:t>Tehničko crtanje  |  TK OŠ A.6.2.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namjenu građevinskoga crteža, vodoravni presjek, tlocrt, normirane građevinske simbole, kotiranje i mjerila;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namjenu građevinskoga crteža, vodoravni presjek, tlocrt, normirane građevinske simbole, kotiranje i mjerila;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namjenu građevinskoga crteža, vodoravni presjek, tlocrt, normirane građevinske simbole, kotiranje i mjerila;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namjenu građevinskoga crteža, vodoravni presjek, tlocrt, normirane građevinske simbole, kotiranje i mjerila.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namjenu građevinskoga crteža, vodoravni presjek, tlocrt, normirane građevinske simbole, kotiranje i mjerila.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čita jednostavan građevinski crtež te crta tlocrt uporabom odgovarajućih simbola, kota i mjerila;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čita jednostavan građevinski crtež te crta tlocrt uporabom odgovarajućih simbola, kota i mjerila;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čita jednostavan građevinski crtež te crta tlocrt uporabom odgovarajućih simbola, kota i mjerila;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čita jednostavan građevinski crtež te crta tlocrt uporabom odgovarajućih simbola, kota i mjerila.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čita jednostavan građevinski crtež te crta tlocrt uporabom odgovarajućih simbola, kota i mjerila.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pažljivo rukuje priborom, dosljedno primjenjuje norme i samostalno provjerava čitljivost crteža;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pažljivo rukuje priborom, dosljedno primjenjuje norme i samostalno provjerava čitljivost crteža;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pažljivo rukuje priborom, dosljedno primjenjuje norme i samostalno provjerava čitljivost crteža;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pažljivo rukuje priborom, dosljedno primjenjuje norme i samostalno provjerava čitljivost crteža;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pažljivo rukuje priborom, dosljedno primjenjuje norme i samostalno provjerava čitljivost crteža;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15. i 16. sat. Crtanje tlocrta učionice – skica i mjerenje</w:t>
      </w:r>
    </w:p>
    <w:p>
      <w:pPr>
        <w:keepNext/>
        <w:spacing w:after="100"/>
      </w:pPr>
      <w:r>
        <w:rPr>
          <w:i/>
          <w:color w:val="5F6B70"/>
          <w:sz w:val="18"/>
        </w:rPr>
        <w:t>Tehničko crtanje  |  TK OŠ A.6.2.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vezu stvarne prostorije, skice, izmjerenih dimenzija, mjerila i tlocrta te funkcionalnost rasporeda interijera;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vezu stvarne prostorije, skice, izmjerenih dimenzija, mjerila i tlocrta te funkcionalnost rasporeda interijera;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vezu stvarne prostorije, skice, izmjerenih dimenzija, mjerila i tlocrta te funkcionalnost rasporeda interijera;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vezu stvarne prostorije, skice, izmjerenih dimenzija, mjerila i tlocrta te funkcionalnost rasporeda interijera.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vezu stvarne prostorije, skice, izmjerenih dimenzija, mjerila i tlocrta te funkcionalnost rasporeda interijera.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mjeri prostoriju, unosi mjere na skicu, odabire mjerilo, crta tlocrt učionice i raspoređuje elemente uporabom normiranih simbola;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mjeri prostoriju, unosi mjere na skicu, odabire mjerilo, crta tlocrt učionice i raspoređuje elemente uporabom normiranih simbola;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mjeri prostoriju, unosi mjere na skicu, odabire mjerilo, crta tlocrt učionice i raspoređuje elemente uporabom normiranih simbola;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mjeri prostoriju, unosi mjere na skicu, odabire mjerilo, crta tlocrt učionice i raspoređuje elemente uporabom normiranih simbola.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mjeri prostoriju, unosi mjere na skicu, odabire mjerilo, crta tlocrt učionice i raspoređuje elemente uporabom normiranih simbola.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odgovorno surađuje pri mjerenju, čuva pribor, točno bilježi podatke i samostalno dovršava svoj crtež;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odgovorno surađuje pri mjerenju, čuva pribor, točno bilježi podatke i samostalno dovršava svoj crtež;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odgovorno surađuje pri mjerenju, čuva pribor, točno bilježi podatke i samostalno dovršava svoj crtež;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odgovorno surađuje pri mjerenju, čuva pribor, točno bilježi podatke i samostalno dovršava svoj crtež;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odgovorno surađuje pri mjerenju, čuva pribor, točno bilježi podatke i samostalno dovršava svoj crtež;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17.–20. sat. Crtanje tlocrta učionice</w:t>
      </w:r>
    </w:p>
    <w:p>
      <w:pPr>
        <w:keepNext/>
        <w:spacing w:after="100"/>
      </w:pPr>
      <w:r>
        <w:rPr>
          <w:i/>
          <w:color w:val="5F6B70"/>
          <w:sz w:val="18"/>
        </w:rPr>
        <w:t>Tehničko crtanje  |  TK OŠ A.6.2.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vezu stvarne prostorije, skice, izmjerenih dimenzija, mjerila i tlocrta te funkcionalnost rasporeda interijera;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vezu stvarne prostorije, skice, izmjerenih dimenzija, mjerila i tlocrta te funkcionalnost rasporeda interijera;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vezu stvarne prostorije, skice, izmjerenih dimenzija, mjerila i tlocrta te funkcionalnost rasporeda interijera;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vezu stvarne prostorije, skice, izmjerenih dimenzija, mjerila i tlocrta te funkcionalnost rasporeda interijera.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vezu stvarne prostorije, skice, izmjerenih dimenzija, mjerila i tlocrta te funkcionalnost rasporeda interijera.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mjeri prostoriju, unosi mjere na skicu, odabire mjerilo, crta tlocrt učionice i raspoređuje elemente uporabom normiranih simbola;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mjeri prostoriju, unosi mjere na skicu, odabire mjerilo, crta tlocrt učionice i raspoređuje elemente uporabom normiranih simbola;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mjeri prostoriju, unosi mjere na skicu, odabire mjerilo, crta tlocrt učionice i raspoređuje elemente uporabom normiranih simbola;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mjeri prostoriju, unosi mjere na skicu, odabire mjerilo, crta tlocrt učionice i raspoređuje elemente uporabom normiranih simbola.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mjeri prostoriju, unosi mjere na skicu, odabire mjerilo, crta tlocrt učionice i raspoređuje elemente uporabom normiranih simbola.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odgovorno surađuje pri mjerenju, čuva pribor, točno bilježi podatke i samostalno dovršava svoj crtež;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odgovorno surađuje pri mjerenju, čuva pribor, točno bilježi podatke i samostalno dovršava svoj crtež;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odgovorno surađuje pri mjerenju, čuva pribor, točno bilježi podatke i samostalno dovršava svoj crtež;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odgovorno surađuje pri mjerenju, čuva pribor, točno bilježi podatke i samostalno dovršava svoj crtež;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odgovorno surađuje pri mjerenju, čuva pribor, točno bilježi podatke i samostalno dovršava svoj crtež;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21. i 22. sat. Uređenje interijera</w:t>
      </w:r>
    </w:p>
    <w:p>
      <w:pPr>
        <w:keepNext/>
        <w:spacing w:after="100"/>
      </w:pPr>
      <w:r>
        <w:rPr>
          <w:i/>
          <w:color w:val="5F6B70"/>
          <w:sz w:val="18"/>
        </w:rPr>
        <w:t>Tehničko crtanje  |  TK OŠ A.6.2.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vezu stvarne prostorije, skice, izmjerenih dimenzija, mjerila i tlocrta te funkcionalnost rasporeda interijera;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vezu stvarne prostorije, skice, izmjerenih dimenzija, mjerila i tlocrta te funkcionalnost rasporeda interijera;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vezu stvarne prostorije, skice, izmjerenih dimenzija, mjerila i tlocrta te funkcionalnost rasporeda interijera;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vezu stvarne prostorije, skice, izmjerenih dimenzija, mjerila i tlocrta te funkcionalnost rasporeda interijera.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vezu stvarne prostorije, skice, izmjerenih dimenzija, mjerila i tlocrta te funkcionalnost rasporeda interijera.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mjeri prostoriju, unosi mjere na skicu, odabire mjerilo, crta tlocrt učionice i raspoređuje elemente uporabom normiranih simbola;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mjeri prostoriju, unosi mjere na skicu, odabire mjerilo, crta tlocrt učionice i raspoređuje elemente uporabom normiranih simbola;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mjeri prostoriju, unosi mjere na skicu, odabire mjerilo, crta tlocrt učionice i raspoređuje elemente uporabom normiranih simbola;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mjeri prostoriju, unosi mjere na skicu, odabire mjerilo, crta tlocrt učionice i raspoređuje elemente uporabom normiranih simbola.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mjeri prostoriju, unosi mjere na skicu, odabire mjerilo, crta tlocrt učionice i raspoređuje elemente uporabom normiranih simbola.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odgovorno surađuje pri mjerenju, čuva pribor, točno bilježi podatke i samostalno dovršava svoj crtež;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odgovorno surađuje pri mjerenju, čuva pribor, točno bilježi podatke i samostalno dovršava svoj crtež;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odgovorno surađuje pri mjerenju, čuva pribor, točno bilježi podatke i samostalno dovršava svoj crtež;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odgovorno surađuje pri mjerenju, čuva pribor, točno bilježi podatke i samostalno dovršava svoj crtež;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odgovorno surađuje pri mjerenju, čuva pribor, točno bilježi podatke i samostalno dovršava svoj crtež;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23. i 24. sat. Obnovljivi izvori energije</w:t>
      </w:r>
    </w:p>
    <w:p>
      <w:pPr>
        <w:keepNext/>
        <w:spacing w:after="100"/>
      </w:pPr>
      <w:r>
        <w:rPr>
          <w:i/>
          <w:color w:val="5F6B70"/>
          <w:sz w:val="18"/>
        </w:rPr>
        <w:t>Energetika  |  TK OŠ B.6.1.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obnovljive izvore energije, njihova svojstva, primjene, prednosti i ograničenja te osnovni postupak pretvorbe energije;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obnovljive izvore energije, njihova svojstva, primjene, prednosti i ograničenja te osnovni postupak pretvorbe energije;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obnovljive izvore energije, njihova svojstva, primjene, prednosti i ograničenja te osnovni postupak pretvorbe energije;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obnovljive izvore energije, njihova svojstva, primjene, prednosti i ograničenja te osnovni postupak pretvorbe energije.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obnovljive izvore energije, njihova svojstva, primjene, prednosti i ograničenja te osnovni postupak pretvorbe energije.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istražuje i uspoređuje obnovljive izvore, povezuje ih s tehničkim tvorevinama te planira jednostavan model pretvorbe energije;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istražuje i uspoređuje obnovljive izvore, povezuje ih s tehničkim tvorevinama te planira jednostavan model pretvorbe energije;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istražuje i uspoređuje obnovljive izvore, povezuje ih s tehničkim tvorevinama te planira jednostavan model pretvorbe energije;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istražuje i uspoređuje obnovljive izvore, povezuje ih s tehničkim tvorevinama te planira jednostavan model pretvorbe energije.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istražuje i uspoređuje obnovljive izvore, povezuje ih s tehničkim tvorevinama te planira jednostavan model pretvorbe energije.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odgovorno koristi izvore informacija, sudjeluje u planiranju i poštuje dogovorene uloge i rokove;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odgovorno koristi izvore informacija, sudjeluje u planiranju i poštuje dogovorene uloge i rokove;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odgovorno koristi izvore informacija, sudjeluje u planiranju i poštuje dogovorene uloge i rokove;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odgovorno koristi izvore informacija, sudjeluje u planiranju i poštuje dogovorene uloge i rokove;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odgovorno koristi izvore informacija, sudjeluje u planiranju i poštuje dogovorene uloge i rokove;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25.–28. sat. Izrada modela vjetrenjače</w:t>
      </w:r>
    </w:p>
    <w:p>
      <w:pPr>
        <w:keepNext/>
        <w:spacing w:after="100"/>
      </w:pPr>
      <w:r>
        <w:rPr>
          <w:i/>
          <w:color w:val="5F6B70"/>
          <w:sz w:val="18"/>
        </w:rPr>
        <w:t>Energetika  |  TK OŠ A.6.1.; TK OŠ B.6.1.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dijelove i način rada vjetrenjače, ulogu mehanizma i pretvorbu energije vjetra u gibanje;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dijelove i način rada vjetrenjače, ulogu mehanizma i pretvorbu energije vjetra u gibanje;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dijelove i način rada vjetrenjače, ulogu mehanizma i pretvorbu energije vjetra u gibanje;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dijelove i način rada vjetrenjače, ulogu mehanizma i pretvorbu energije vjetra u gibanje.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dijelove i način rada vjetrenjače, ulogu mehanizma i pretvorbu energije vjetra u gibanje.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čita dokumentaciju, mjeri i obrađuje materijal, sastavlja funkcionalan model vjetrenjače te demonstrira i objašnjava pretvorbu energije;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čita dokumentaciju, mjeri i obrađuje materijal, sastavlja funkcionalan model vjetrenjače te demonstrira i objašnjava pretvorbu energije;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čita dokumentaciju, mjeri i obrađuje materijal, sastavlja funkcionalan model vjetrenjače te demonstrira i objašnjava pretvorbu energije;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čita dokumentaciju, mjeri i obrađuje materijal, sastavlja funkcionalan model vjetrenjače te demonstrira i objašnjava pretvorbu energije.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čita dokumentaciju, mjeri i obrađuje materijal, sastavlja funkcionalan model vjetrenjače te demonstrira i objašnjava pretvorbu energije.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priprema i posprema radno mjesto, sigurno rabi alat, racionalno koristi materijal i ustrajno otklanja poteškoće;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priprema i posprema radno mjesto, sigurno rabi alat, racionalno koristi materijal i ustrajno otklanja poteškoće;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priprema i posprema radno mjesto, sigurno rabi alat, racionalno koristi materijal i ustrajno otklanja poteškoće;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priprema i posprema radno mjesto, sigurno rabi alat, racionalno koristi materijal i ustrajno otklanja poteškoće;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priprema i posprema radno mjesto, sigurno rabi alat, racionalno koristi materijal i ustrajno otklanja poteškoće;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29. i 30. sat. Prijenos i pretvorba gibanja</w:t>
      </w:r>
    </w:p>
    <w:p>
      <w:pPr>
        <w:keepNext/>
        <w:spacing w:after="100"/>
      </w:pPr>
      <w:r>
        <w:rPr>
          <w:i/>
          <w:color w:val="5F6B70"/>
          <w:sz w:val="18"/>
        </w:rPr>
        <w:t>Energetika  |  TK OŠ B.6.1.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vrste gibanja te namjenu zupčastoga, remenskoga i drugih mehanizama za prijenos ili pretvorbu gibanja;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vrste gibanja te namjenu zupčastoga, remenskoga i drugih mehanizama za prijenos ili pretvorbu gibanja;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vrste gibanja te namjenu zupčastoga, remenskoga i drugih mehanizama za prijenos ili pretvorbu gibanja;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vrste gibanja te namjenu zupčastoga, remenskoga i drugih mehanizama za prijenos ili pretvorbu gibanja.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vrste gibanja te namjenu zupčastoga, remenskoga i drugih mehanizama za prijenos ili pretvorbu gibanja.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prepoznaje mehanizme na biciklu i drugim uređajima, određuje ulazno i izlazno gibanje te objašnjava smjer i način prijenosa;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prepoznaje mehanizme na biciklu i drugim uređajima, određuje ulazno i izlazno gibanje te objašnjava smjer i način prijenosa;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prepoznaje mehanizme na biciklu i drugim uređajima, određuje ulazno i izlazno gibanje te objašnjava smjer i način prijenosa;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prepoznaje mehanizme na biciklu i drugim uređajima, određuje ulazno i izlazno gibanje te objašnjava smjer i način prijenosa.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prepoznaje mehanizme na biciklu i drugim uređajima, određuje ulazno i izlazno gibanje te objašnjava smjer i način prijenosa.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savjesno promatra i ispituje model, poštuje sigurnosne upute i argumentirano sudjeluje u radu para ili skupine;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savjesno promatra i ispituje model, poštuje sigurnosne upute i argumentirano sudjeluje u radu para ili skupine;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savjesno promatra i ispituje model, poštuje sigurnosne upute i argumentirano sudjeluje u radu para ili skupine;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savjesno promatra i ispituje model, poštuje sigurnosne upute i argumentirano sudjeluje u radu para ili skupine;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savjesno promatra i ispituje model, poštuje sigurnosne upute i argumentirano sudjeluje u radu para ili skupine;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31.–34. sat. Sastavljanje modela za prijenos i pretvorbu gibanja</w:t>
      </w:r>
    </w:p>
    <w:p>
      <w:pPr>
        <w:keepNext/>
        <w:spacing w:after="100"/>
      </w:pPr>
      <w:r>
        <w:rPr>
          <w:i/>
          <w:color w:val="5F6B70"/>
          <w:sz w:val="18"/>
        </w:rPr>
        <w:t>Energetika  |  TK OŠ A.6.1.; TK OŠ B.6.1.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funkciju dijelova mehanizma i uvjete pravilnoga prijenosa ili pretvorbe gibanja;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funkciju dijelova mehanizma i uvjete pravilnoga prijenosa ili pretvorbe gibanja;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funkciju dijelova mehanizma i uvjete pravilnoga prijenosa ili pretvorbe gibanja;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funkciju dijelova mehanizma i uvjete pravilnoga prijenosa ili pretvorbe gibanja.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funkciju dijelova mehanizma i uvjete pravilnoga prijenosa ili pretvorbe gibanja.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prema dokumentaciji sastavlja i podešava model mehanizma, ispituje ga, pronalazi pogreške te demonstrira i objašnjava rad;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prema dokumentaciji sastavlja i podešava model mehanizma, ispituje ga, pronalazi pogreške te demonstrira i objašnjava rad;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prema dokumentaciji sastavlja i podešava model mehanizma, ispituje ga, pronalazi pogreške te demonstrira i objašnjava rad;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prema dokumentaciji sastavlja i podešava model mehanizma, ispituje ga, pronalazi pogreške te demonstrira i objašnjava rad.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prema dokumentaciji sastavlja i podešava model mehanizma, ispituje ga, pronalazi pogreške te demonstrira i objašnjava rad.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sigurno i pažljivo koristi dijelove i alat, samostalno organizira postupak te odgovorno vraća kompletan pribor;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sigurno i pažljivo koristi dijelove i alat, samostalno organizira postupak te odgovorno vraća kompletan pribor;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sigurno i pažljivo koristi dijelove i alat, samostalno organizira postupak te odgovorno vraća kompletan pribor;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sigurno i pažljivo koristi dijelove i alat, samostalno organizira postupak te odgovorno vraća kompletan pribor;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sigurno i pažljivo koristi dijelove i alat, samostalno organizira postupak te odgovorno vraća kompletan pribor;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35. i 36. sat. Konstrukcijski i vezivni materijali</w:t>
      </w:r>
    </w:p>
    <w:p>
      <w:pPr>
        <w:keepNext/>
        <w:spacing w:after="100"/>
      </w:pPr>
      <w:r>
        <w:rPr>
          <w:i/>
          <w:color w:val="5F6B70"/>
          <w:sz w:val="18"/>
        </w:rPr>
        <w:t>Graditeljski materijali  |  TK OŠ B.6.2.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skupine, svojstva i namjenu konstrukcijskih i vezivnih materijala te razliku između makete i modela;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skupine, svojstva i namjenu konstrukcijskih i vezivnih materijala te razliku između makete i modela;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skupine, svojstva i namjenu konstrukcijskih i vezivnih materijala te razliku između makete i modela;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skupine, svojstva i namjenu konstrukcijskih i vezivnih materijala te razliku između makete i modela.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skupine, svojstva i namjenu konstrukcijskih i vezivnih materijala te razliku između makete i modela.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razvrstava uzorke, povezuje svojstva materijala s primjenom i pravilno odabire materijal za dio graditeljskoga objekta;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razvrstava uzorke, povezuje svojstva materijala s primjenom i pravilno odabire materijal za dio graditeljskoga objekta;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razvrstava uzorke, povezuje svojstva materijala s primjenom i pravilno odabire materijal za dio graditeljskoga objekta;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razvrstava uzorke, povezuje svojstva materijala s primjenom i pravilno odabire materijal za dio graditeljskoga objekta.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razvrstava uzorke, povezuje svojstva materijala s primjenom i pravilno odabire materijal za dio graditeljskoga objekta.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odgovorno rukuje uzorcima, uredno bilježi opažanja i doprinosi sigurnome zajedničkom radu;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odgovorno rukuje uzorcima, uredno bilježi opažanja i doprinosi sigurnome zajedničkom radu;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odgovorno rukuje uzorcima, uredno bilježi opažanja i doprinosi sigurnome zajedničkom radu;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odgovorno rukuje uzorcima, uredno bilježi opažanja i doprinosi sigurnome zajedničkom radu;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odgovorno rukuje uzorcima, uredno bilježi opažanja i doprinosi sigurnome zajedničkom radu;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37. i 38. sat. Ispitivanje brzine vezivanja gipsa</w:t>
      </w:r>
    </w:p>
    <w:p>
      <w:pPr>
        <w:keepNext/>
        <w:spacing w:after="100"/>
      </w:pPr>
      <w:r>
        <w:rPr>
          <w:i/>
          <w:color w:val="5F6B70"/>
          <w:sz w:val="18"/>
        </w:rPr>
        <w:t>Graditeljski materijali  |  TK OŠ B.6.2.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svojstva gipsa, čimbenike koji utječu na vezivanje i svrhu kontroliranoga ispitivanja materijala;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svojstva gipsa, čimbenike koji utječu na vezivanje i svrhu kontroliranoga ispitivanja materijala;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svojstva gipsa, čimbenike koji utječu na vezivanje i svrhu kontroliranoga ispitivanja materijala;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svojstva gipsa, čimbenike koji utječu na vezivanje i svrhu kontroliranoga ispitivanja materijala.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svojstva gipsa, čimbenike koji utječu na vezivanje i svrhu kontroliranoga ispitivanja materijala.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prema uputi priprema uzorke, mjeri vrijeme, bilježi rezultate, uspoređuje ih i izvodi zaključak o brzini vezivanja;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prema uputi priprema uzorke, mjeri vrijeme, bilježi rezultate, uspoređuje ih i izvodi zaključak o brzini vezivanja;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prema uputi priprema uzorke, mjeri vrijeme, bilježi rezultate, uspoređuje ih i izvodi zaključak o brzini vezivanja;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prema uputi priprema uzorke, mjeri vrijeme, bilježi rezultate, uspoređuje ih i izvodi zaključak o brzini vezivanja.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prema uputi priprema uzorke, mjeri vrijeme, bilježi rezultate, uspoređuje ih i izvodi zaključak o brzini vezivanja.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priprema zaštitu i radno mjesto, savjesno izvodi mjerenja, održava čistoću i pravilno zbrinjava ostatke;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priprema zaštitu i radno mjesto, savjesno izvodi mjerenja, održava čistoću i pravilno zbrinjava ostatke;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priprema zaštitu i radno mjesto, savjesno izvodi mjerenja, održava čistoću i pravilno zbrinjava ostatke;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priprema zaštitu i radno mjesto, savjesno izvodi mjerenja, održava čistoću i pravilno zbrinjava ostatke;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priprema zaštitu i radno mjesto, savjesno izvodi mjerenja, održava čistoću i pravilno zbrinjava ostatke;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39. i 40. sat. Izolacijski materijali i materijali za oblaganje</w:t>
      </w:r>
    </w:p>
    <w:p>
      <w:pPr>
        <w:keepNext/>
        <w:spacing w:after="100"/>
      </w:pPr>
      <w:r>
        <w:rPr>
          <w:i/>
          <w:color w:val="5F6B70"/>
          <w:sz w:val="18"/>
        </w:rPr>
        <w:t>Graditeljski materijali  |  TK OŠ B.6.2.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skupine, svojstva i namjenu konstrukcijskih i vezivnih materijala te razliku između makete i modela;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skupine, svojstva i namjenu konstrukcijskih i vezivnih materijala te razliku između makete i modela;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skupine, svojstva i namjenu konstrukcijskih i vezivnih materijala te razliku između makete i modela;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skupine, svojstva i namjenu konstrukcijskih i vezivnih materijala te razliku između makete i modela.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skupine, svojstva i namjenu konstrukcijskih i vezivnih materijala te razliku između makete i modela.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razvrstava uzorke, povezuje svojstva materijala s primjenom i pravilno odabire materijal za dio graditeljskoga objekta;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razvrstava uzorke, povezuje svojstva materijala s primjenom i pravilno odabire materijal za dio graditeljskoga objekta;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razvrstava uzorke, povezuje svojstva materijala s primjenom i pravilno odabire materijal za dio graditeljskoga objekta;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razvrstava uzorke, povezuje svojstva materijala s primjenom i pravilno odabire materijal za dio graditeljskoga objekta.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razvrstava uzorke, povezuje svojstva materijala s primjenom i pravilno odabire materijal za dio graditeljskoga objekta.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odgovorno rukuje uzorcima, uredno bilježi opažanja i doprinosi sigurnome zajedničkom radu;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odgovorno rukuje uzorcima, uredno bilježi opažanja i doprinosi sigurnome zajedničkom radu;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odgovorno rukuje uzorcima, uredno bilježi opažanja i doprinosi sigurnome zajedničkom radu;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odgovorno rukuje uzorcima, uredno bilježi opažanja i doprinosi sigurnome zajedničkom radu;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odgovorno rukuje uzorcima, uredno bilježi opažanja i doprinosi sigurnome zajedničkom radu;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41. i 42. sat. Ispitivanje termoizolacijskih svojstava stiropora</w:t>
      </w:r>
    </w:p>
    <w:p>
      <w:pPr>
        <w:keepNext/>
        <w:spacing w:after="100"/>
      </w:pPr>
      <w:r>
        <w:rPr>
          <w:i/>
          <w:color w:val="5F6B70"/>
          <w:sz w:val="18"/>
        </w:rPr>
        <w:t>Graditeljski materijali  |  TK OŠ B.6.2.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vrste izolacijskih materijala, toplinsku izolaciju i povezanost svojstava materijala s energetskom učinkovitošću objekta;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vrste izolacijskih materijala, toplinsku izolaciju i povezanost svojstava materijala s energetskom učinkovitošću objekta;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vrste izolacijskih materijala, toplinsku izolaciju i povezanost svojstava materijala s energetskom učinkovitošću objekta;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vrste izolacijskih materijala, toplinsku izolaciju i povezanost svojstava materijala s energetskom učinkovitošću objekta.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vrste izolacijskih materijala, toplinsku izolaciju i povezanost svojstava materijala s energetskom učinkovitošću objekta.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postavlja usporedno ispitivanje, mjeri ili prati promjenu temperature, bilježi rezultate i obrazlaže izbor boljega izolacijskog materijala;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postavlja usporedno ispitivanje, mjeri ili prati promjenu temperature, bilježi rezultate i obrazlaže izbor boljega izolacijskog materijala;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postavlja usporedno ispitivanje, mjeri ili prati promjenu temperature, bilježi rezultate i obrazlaže izbor boljega izolacijskog materijala;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postavlja usporedno ispitivanje, mjeri ili prati promjenu temperature, bilježi rezultate i obrazlaže izbor boljega izolacijskog materijala.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postavlja usporedno ispitivanje, mjeri ili prati promjenu temperature, bilježi rezultate i obrazlaže izbor boljega izolacijskog materijala.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pažljivo rukuje mjernim priborom, jednako provodi uvjete ispitivanja i odgovorno surađuje pri bilježenju rezultata;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pažljivo rukuje mjernim priborom, jednako provodi uvjete ispitivanja i odgovorno surađuje pri bilježenju rezultata;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pažljivo rukuje mjernim priborom, jednako provodi uvjete ispitivanja i odgovorno surađuje pri bilježenju rezultata;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pažljivo rukuje mjernim priborom, jednako provodi uvjete ispitivanja i odgovorno surađuje pri bilježenju rezultata;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pažljivo rukuje mjernim priborom, jednako provodi uvjete ispitivanja i odgovorno surađuje pri bilježenju rezultata;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43.–46. sat. Izrada makete rešetkastoga mosta</w:t>
      </w:r>
    </w:p>
    <w:p>
      <w:pPr>
        <w:keepNext/>
        <w:spacing w:after="100"/>
      </w:pPr>
      <w:r>
        <w:rPr>
          <w:i/>
          <w:color w:val="5F6B70"/>
          <w:sz w:val="18"/>
        </w:rPr>
        <w:t>Graditeljski materijali  |  TK OŠ B.6.2.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ulogu konstrukcijskih elemenata rešetke, svojstva uporabljenih materijala i osnovna zanimanja u graditeljstvu;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ulogu konstrukcijskih elemenata rešetke, svojstva uporabljenih materijala i osnovna zanimanja u graditeljstvu;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ulogu konstrukcijskih elemenata rešetke, svojstva uporabljenih materijala i osnovna zanimanja u graditeljstvu;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ulogu konstrukcijskih elemenata rešetke, svojstva uporabljenih materijala i osnovna zanimanja u graditeljstvu.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ulogu konstrukcijskih elemenata rešetke, svojstva uporabljenih materijala i osnovna zanimanja u graditeljstvu.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čita dokumentaciju, izrađuje stabilnu maketu mosta, objašnjava funkciju dijelova i povezuje aktivnosti sa zanimanjima u graditeljstvu;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čita dokumentaciju, izrađuje stabilnu maketu mosta, objašnjava funkciju dijelova i povezuje aktivnosti sa zanimanjima u graditeljstvu;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čita dokumentaciju, izrađuje stabilnu maketu mosta, objašnjava funkciju dijelova i povezuje aktivnosti sa zanimanjima u graditeljstvu;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čita dokumentaciju, izrađuje stabilnu maketu mosta, objašnjava funkciju dijelova i povezuje aktivnosti sa zanimanjima u graditeljstvu.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čita dokumentaciju, izrađuje stabilnu maketu mosta, objašnjava funkciju dijelova i povezuje aktivnosti sa zanimanjima u graditeljstvu.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planira rad, ekonomično koristi materijal, sigurno obrađuje i spaja dijelove te odgovorno surađuje i predstavlja doprinos;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planira rad, ekonomično koristi materijal, sigurno obrađuje i spaja dijelove te odgovorno surađuje i predstavlja doprinos;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planira rad, ekonomično koristi materijal, sigurno obrađuje i spaja dijelove te odgovorno surađuje i predstavlja doprinos;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planira rad, ekonomično koristi materijal, sigurno obrađuje i spaja dijelove te odgovorno surađuje i predstavlja doprinos;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planira rad, ekonomično koristi materijal, sigurno obrađuje i spaja dijelove te odgovorno surađuje i predstavlja doprinos;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47. i 48. sat. Zanimanja u graditeljstvu</w:t>
      </w:r>
    </w:p>
    <w:p>
      <w:pPr>
        <w:keepNext/>
        <w:spacing w:after="100"/>
      </w:pPr>
      <w:r>
        <w:rPr>
          <w:i/>
          <w:color w:val="5F6B70"/>
          <w:sz w:val="18"/>
        </w:rPr>
        <w:t>Graditeljski materijali  |  TK OŠ B.6.2.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područja i zanimanja u graditeljstvu, tipične poslove, potrebna znanja i ulogu tehnike u gradnji;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područja i zanimanja u graditeljstvu, tipične poslove, potrebna znanja i ulogu tehnike u gradnji;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područja i zanimanja u graditeljstvu, tipične poslove, potrebna znanja i ulogu tehnike u gradnji;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područja i zanimanja u graditeljstvu, tipične poslove, potrebna znanja i ulogu tehnike u gradnji.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područja i zanimanja u graditeljstvu, tipične poslove, potrebna znanja i ulogu tehnike u gradnji.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istražuje odabrano zanimanje, povezuje ga s graditeljskim materijalima i procesima te jasno predstavlja prikupljene podatke;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istražuje odabrano zanimanje, povezuje ga s graditeljskim materijalima i procesima te jasno predstavlja prikupljene podatke;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istražuje odabrano zanimanje, povezuje ga s graditeljskim materijalima i procesima te jasno predstavlja prikupljene podatke;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istražuje odabrano zanimanje, povezuje ga s graditeljskim materijalima i procesima te jasno predstavlja prikupljene podatke.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istražuje odabrano zanimanje, povezuje ga s graditeljskim materijalima i procesima te jasno predstavlja prikupljene podatke.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samostalno i odgovorno istražuje, poštuje izvore i rokove te uvažavajuće sluša i vrednuje predstavljanja drugih;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samostalno i odgovorno istražuje, poštuje izvore i rokove te uvažavajuće sluša i vrednuje predstavljanja drugih;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samostalno i odgovorno istražuje, poštuje izvore i rokove te uvažavajuće sluša i vrednuje predstavljanja drugih;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samostalno i odgovorno istražuje, poštuje izvore i rokove te uvažavajuće sluša i vrednuje predstavljanja drugih;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samostalno i odgovorno istražuje, poštuje izvore i rokove te uvažavajuće sluša i vrednuje predstavljanja drugih;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49. i 50. sat. Izrada tehničke dokumentacije za uporabni predmet</w:t>
      </w:r>
    </w:p>
    <w:p>
      <w:pPr>
        <w:keepNext/>
        <w:spacing w:after="100"/>
      </w:pPr>
      <w:r>
        <w:rPr>
          <w:i/>
          <w:color w:val="5F6B70"/>
          <w:sz w:val="18"/>
        </w:rPr>
        <w:t>Izrada tehničke tvorevine  |  TK OŠ A.6.1.; TK OŠ A.6.3.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sadržaj i svrhu tehničke dokumentacije: opis zadatka, sredstva rada, redoslijed operacija, skicu, radionički crtež i izvješće;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sadržaj i svrhu tehničke dokumentacije: opis zadatka, sredstva rada, redoslijed operacija, skicu, radionički crtež i izvješće;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sadržaj i svrhu tehničke dokumentacije: opis zadatka, sredstva rada, redoslijed operacija, skicu, radionički crtež i izvješće;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sadržaj i svrhu tehničke dokumentacije: opis zadatka, sredstva rada, redoslijed operacija, skicu, radionički crtež i izvješće.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sadržaj i svrhu tehničke dokumentacije: opis zadatka, sredstva rada, redoslijed operacija, skicu, radionički crtež i izvješće.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osmišljava uporabni predmet, skicira oblik, crta pozicije u mjerilu i izrađuje potpunu dokumentaciju primjenjivu u izradi;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osmišljava uporabni predmet, skicira oblik, crta pozicije u mjerilu i izrađuje potpunu dokumentaciju primjenjivu u izradi;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osmišljava uporabni predmet, skicira oblik, crta pozicije u mjerilu i izrađuje potpunu dokumentaciju primjenjivu u izradi;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osmišljava uporabni predmet, skicira oblik, crta pozicije u mjerilu i izrađuje potpunu dokumentaciju primjenjivu u izradi.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osmišljava uporabni predmet, skicira oblik, crta pozicije u mjerilu i izrađuje potpunu dokumentaciju primjenjivu u izradi.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samostalno planira realno i sigurno rješenje, provjerava potpunost dokumentacije i prihvaća povratnu informaciju;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samostalno planira realno i sigurno rješenje, provjerava potpunost dokumentacije i prihvaća povratnu informaciju;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samostalno planira realno i sigurno rješenje, provjerava potpunost dokumentacije i prihvaća povratnu informaciju;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samostalno planira realno i sigurno rješenje, provjerava potpunost dokumentacije i prihvaća povratnu informaciju;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samostalno planira realno i sigurno rješenje, provjerava potpunost dokumentacije i prihvaća povratnu informaciju;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51.–54. sat. Izrada uporabnoga predmeta prema vlastitoj dokumentaciji</w:t>
      </w:r>
    </w:p>
    <w:p>
      <w:pPr>
        <w:keepNext/>
        <w:spacing w:after="100"/>
      </w:pPr>
      <w:r>
        <w:rPr>
          <w:i/>
          <w:color w:val="5F6B70"/>
          <w:sz w:val="18"/>
        </w:rPr>
        <w:t>Izrada tehničke tvorevine  |  TK OŠ A.6.1.; TK OŠ A.6.3.; TK OŠ C.6.1.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redoslijed radnih operacija, svojstva materijala, namjenu alata, vrste spojeva, kriterije funkcionalnosti i postupak izvješćivanja;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redoslijed radnih operacija, svojstva materijala, namjenu alata, vrste spojeva, kriterije funkcionalnosti i postupak izvješćivanja;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redoslijed radnih operacija, svojstva materijala, namjenu alata, vrste spojeva, kriterije funkcionalnosti i postupak izvješćivanja;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redoslijed radnih operacija, svojstva materijala, namjenu alata, vrste spojeva, kriterije funkcionalnosti i postupak izvješćivanja.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redoslijed radnih operacija, svojstva materijala, namjenu alata, vrste spojeva, kriterije funkcionalnosti i postupak izvješćivanja.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prema vlastitoj dokumentaciji mjeri, ekonomično ocrtava, obrađuje i spaja dijelove, izrađuje funkcionalan predmet, ispituje ga, nadopunjuje dokumentaciju i predstavlja rad;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prema vlastitoj dokumentaciji mjeri, ekonomično ocrtava, obrađuje i spaja dijelove, izrađuje funkcionalan predmet, ispituje ga, nadopunjuje dokumentaciju i predstavlja rad;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prema vlastitoj dokumentaciji mjeri, ekonomično ocrtava, obrađuje i spaja dijelove, izrađuje funkcionalan predmet, ispituje ga, nadopunjuje dokumentaciju i predstavlja rad;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prema vlastitoj dokumentaciji mjeri, ekonomično ocrtava, obrađuje i spaja dijelove, izrađuje funkcionalan predmet, ispituje ga, nadopunjuje dokumentaciju i predstavlja rad.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prema vlastitoj dokumentaciji mjeri, ekonomično ocrtava, obrađuje i spaja dijelove, izrađuje funkcionalan predmet, ispituje ga, nadopunjuje dokumentaciju i predstavlja rad.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samostalno organizira višesatni rad, dosljedno primjenjuje zaštitu na radu, racionalno koristi materijal, čuva alat, ustrajno rješava poteškoće i kritički vrednuje vlastiti rezultat;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samostalno organizira višesatni rad, dosljedno primjenjuje zaštitu na radu, racionalno koristi materijal, čuva alat, ustrajno rješava poteškoće i kritički vrednuje vlastiti rezultat;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samostalno organizira višesatni rad, dosljedno primjenjuje zaštitu na radu, racionalno koristi materijal, čuva alat, ustrajno rješava poteškoće i kritički vrednuje vlastiti rezultat;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samostalno organizira višesatni rad, dosljedno primjenjuje zaštitu na radu, racionalno koristi materijal, čuva alat, ustrajno rješava poteškoće i kritički vrednuje vlastiti rezultat;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samostalno organizira višesatni rad, dosljedno primjenjuje zaštitu na radu, racionalno koristi materijal, čuva alat, ustrajno rješava poteškoće i kritički vrednuje vlastiti rezultat;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55.–58. sat. Izrada makete kuće</w:t>
      </w:r>
    </w:p>
    <w:p>
      <w:pPr>
        <w:keepNext/>
        <w:spacing w:after="100"/>
      </w:pPr>
      <w:r>
        <w:rPr>
          <w:i/>
          <w:color w:val="5F6B70"/>
          <w:sz w:val="18"/>
        </w:rPr>
        <w:t>Izrada tehničke tvorevine  |  TK OŠ A.6.2.; TK OŠ B.6.2.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graditeljske simbole, svojstva materijala i redoslijed izrade makete kuće prema dokumentaciji;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graditeljske simbole, svojstva materijala i redoslijed izrade makete kuće prema dokumentaciji;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graditeljske simbole, svojstva materijala i redoslijed izrade makete kuće prema dokumentaciji;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graditeljske simbole, svojstva materijala i redoslijed izrade makete kuće prema dokumentaciji.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graditeljske simbole, svojstva materijala i redoslijed izrade makete kuće prema dokumentaciji.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mjeri, ocrtava, obrađuje i spaja dijelove te izrađuje stabilnu i urednu maketu kuće primjenjujući odgovarajuće materijale;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mjeri, ocrtava, obrađuje i spaja dijelove te izrađuje stabilnu i urednu maketu kuće primjenjujući odgovarajuće materijale;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mjeri, ocrtava, obrađuje i spaja dijelove te izrađuje stabilnu i urednu maketu kuće primjenjujući odgovarajuće materijale;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mjeri, ocrtava, obrađuje i spaja dijelove te izrađuje stabilnu i urednu maketu kuće primjenjujući odgovarajuće materijale.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mjeri, ocrtava, obrađuje i spaja dijelove te izrađuje stabilnu i urednu maketu kuće primjenjujući odgovarajuće materijale.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planira višesatni rad, ekonomično koristi materijal, sigurno rukuje alatom i odgovorno dovršava i predstavlja maketu;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planira višesatni rad, ekonomično koristi materijal, sigurno rukuje alatom i odgovorno dovršava i predstavlja maketu;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planira višesatni rad, ekonomično koristi materijal, sigurno rukuje alatom i odgovorno dovršava i predstavlja maketu;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planira višesatni rad, ekonomično koristi materijal, sigurno rukuje alatom i odgovorno dovršava i predstavlja maketu;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planira višesatni rad, ekonomično koristi materijal, sigurno rukuje alatom i odgovorno dovršava i predstavlja maketu;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59.–62. sat. Igračka – džepni minigolf</w:t>
      </w:r>
    </w:p>
    <w:p>
      <w:pPr>
        <w:keepNext/>
        <w:spacing w:after="100"/>
      </w:pPr>
      <w:r>
        <w:rPr>
          <w:i/>
          <w:color w:val="5F6B70"/>
          <w:sz w:val="18"/>
        </w:rPr>
        <w:t>Izrada tehničke tvorevine  |  TK OŠ A.6.1.; TK OŠ C.6.1.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namjenu dijelova igračke, tehničku dokumentaciju, redoslijed operacija i kriterije funkcionalnosti;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namjenu dijelova igračke, tehničku dokumentaciju, redoslijed operacija i kriterije funkcionalnosti;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namjenu dijelova igračke, tehničku dokumentaciju, redoslijed operacija i kriterije funkcionalnosti;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namjenu dijelova igračke, tehničku dokumentaciju, redoslijed operacija i kriterije funkcionalnosti.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namjenu dijelova igračke, tehničku dokumentaciju, redoslijed operacija i kriterije funkcionalnosti.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prema dokumentaciji izrađuje dijelove, spaja ih u funkcionalnu igračku, ispituje rad i prema potrebi dorađuje rješenje;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prema dokumentaciji izrađuje dijelove, spaja ih u funkcionalnu igračku, ispituje rad i prema potrebi dorađuje rješenje;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prema dokumentaciji izrađuje dijelove, spaja ih u funkcionalnu igračku, ispituje rad i prema potrebi dorađuje rješenje;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prema dokumentaciji izrađuje dijelove, spaja ih u funkcionalnu igračku, ispituje rad i prema potrebi dorađuje rješenje.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prema dokumentaciji izrađuje dijelove, spaja ih u funkcionalnu igračku, ispituje rad i prema potrebi dorađuje rješenje.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samostalno organizira rad, dosljedno primjenjuje zaštitu, čuva alat, racionalno koristi materijal i ustrajno rješava probleme;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samostalno organizira rad, dosljedno primjenjuje zaštitu, čuva alat, racionalno koristi materijal i ustrajno rješava probleme;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samostalno organizira rad, dosljedno primjenjuje zaštitu, čuva alat, racionalno koristi materijal i ustrajno rješava probleme;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samostalno organizira rad, dosljedno primjenjuje zaštitu, čuva alat, racionalno koristi materijal i ustrajno rješava probleme;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samostalno organizira rad, dosljedno primjenjuje zaštitu, čuva alat, racionalno koristi materijal i ustrajno rješava probleme;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63. i 64. sat. Izrada stalka za mobitel</w:t>
      </w:r>
    </w:p>
    <w:p>
      <w:pPr>
        <w:keepNext/>
        <w:spacing w:after="100"/>
      </w:pPr>
      <w:r>
        <w:rPr>
          <w:i/>
          <w:color w:val="5F6B70"/>
          <w:sz w:val="18"/>
        </w:rPr>
        <w:t>Izrada tehničke tvorevine  |  TK OŠ A.6.1.; TK OŠ C.6.1.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funkciju stalka, zahtjeve stabilnosti, dimenzije, tehničku dokumentaciju i redoslijed izrade;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funkciju stalka, zahtjeve stabilnosti, dimenzije, tehničku dokumentaciju i redoslijed izrade;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funkciju stalka, zahtjeve stabilnosti, dimenzije, tehničku dokumentaciju i redoslijed izrade;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funkciju stalka, zahtjeve stabilnosti, dimenzije, tehničku dokumentaciju i redoslijed izrade.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funkciju stalka, zahtjeve stabilnosti, dimenzije, tehničku dokumentaciju i redoslijed izrade.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precizno mjeri, ocrtava, obrađuje i spaja dijelove te izrađuje stabilan i funkcionalan stalak prema dokumentaciji;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precizno mjeri, ocrtava, obrađuje i spaja dijelove te izrađuje stabilan i funkcionalan stalak prema dokumentaciji;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precizno mjeri, ocrtava, obrađuje i spaja dijelove te izrađuje stabilan i funkcionalan stalak prema dokumentaciji;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precizno mjeri, ocrtava, obrađuje i spaja dijelove te izrađuje stabilan i funkcionalan stalak prema dokumentaciji.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precizno mjeri, ocrtava, obrađuje i spaja dijelove te izrađuje stabilan i funkcionalan stalak prema dokumentaciji.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radi samostalno, uredno i sigurno, racionalno koristi materijal te provjerava stabilnost prije predstavljanja;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radi samostalno, uredno i sigurno, racionalno koristi materijal te provjerava stabilnost prije predstavljanja;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radi samostalno, uredno i sigurno, racionalno koristi materijal te provjerava stabilnost prije predstavljanja;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radi samostalno, uredno i sigurno, racionalno koristi materijal te provjerava stabilnost prije predstavljanja;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radi samostalno, uredno i sigurno, racionalno koristi materijal te provjerava stabilnost prije predstavljanja;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65.–68. sat. Izrada stolnoga stalka za fotografiju</w:t>
      </w:r>
    </w:p>
    <w:p>
      <w:pPr>
        <w:keepNext/>
        <w:spacing w:after="100"/>
      </w:pPr>
      <w:r>
        <w:rPr>
          <w:i/>
          <w:color w:val="5F6B70"/>
          <w:sz w:val="18"/>
        </w:rPr>
        <w:t>Izrada tehničke tvorevine  |  TK OŠ A.6.1.; TK OŠ C.6.1.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konstrukciju stalka, dimenzije i spojeve, redoslijed radnih operacija i kriterije estetske i funkcionalne kvalitete;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konstrukciju stalka, dimenzije i spojeve, redoslijed radnih operacija i kriterije estetske i funkcionalne kvalitete;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konstrukciju stalka, dimenzije i spojeve, redoslijed radnih operacija i kriterije estetske i funkcionalne kvalitete;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konstrukciju stalka, dimenzije i spojeve, redoslijed radnih operacija i kriterije estetske i funkcionalne kvalitete.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konstrukciju stalka, dimenzije i spojeve, redoslijed radnih operacija i kriterije estetske i funkcionalne kvalitete.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prema dokumentaciji izrađuje i spaja dijelove, provjerava stabilnost i uporabljivost te završno uređuje i predstavlja stalak;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prema dokumentaciji izrađuje i spaja dijelove, provjerava stabilnost i uporabljivost te završno uređuje i predstavlja stalak;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prema dokumentaciji izrađuje i spaja dijelove, provjerava stabilnost i uporabljivost te završno uređuje i predstavlja stalak;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prema dokumentaciji izrađuje i spaja dijelove, provjerava stabilnost i uporabljivost te završno uređuje i predstavlja stalak.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prema dokumentaciji izrađuje i spaja dijelove, provjerava stabilnost i uporabljivost te završno uređuje i predstavlja stalak.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samostalno planira i prati višesatni rad, sigurno koristi alat, brine o kvaliteti i urednosti te odgovorno posprema radno mjesto; dosljedno primjenjuje zaštitu na radu, racionalno koristi materijal i odgovorno skrbi o radnome mjestu i sredstvima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samostalno planira i prati višesatni rad, sigurno koristi alat, brine o kvaliteti i urednosti te odgovorno posprema radno mjesto;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samostalno planira i prati višesatni rad, sigurno koristi alat, brine o kvaliteti i urednosti te odgovorno posprema radno mjesto; većinom poštuje pravila zaštite, materijal i sredstva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samostalno planira i prati višesatni rad, sigurno koristi alat, brine o kvaliteti i urednosti te odgovorno posprema radno mjesto;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samostalno planira i prati višesatni rad, sigurno koristi alat, brine o kvaliteti i urednosti te odgovorno posprema radno mjesto;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69. i 70. sat. Sistematizacija, samovrednovanje i zaključivanje ocjena</w:t>
      </w:r>
    </w:p>
    <w:p>
      <w:pPr>
        <w:keepNext/>
        <w:spacing w:after="100"/>
      </w:pPr>
      <w:r>
        <w:rPr>
          <w:i/>
          <w:color w:val="5F6B70"/>
          <w:sz w:val="18"/>
        </w:rPr>
        <w:t>Završna aktivnost  |  Svi ostvarivani ishodi  |  Sva tri elementa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Ne ocjenjuje se kao nova nastavna jedinica: </w:t>
            </w:r>
            <w:r>
              <w:t>Učenik sudjeluje u završnoj refleksiji i samovrednovanju. Zaključna ocjena temelji se na ukupnoj razini ostvarenosti ishoda u sva tri elementa, uz profesionalnu prosudbu učitelja.</w:t>
            </w:r>
          </w:p>
        </w:tc>
      </w:tr>
    </w:tbl>
    <w:p>
      <w:pPr>
        <w:spacing w:after="20"/>
      </w:pPr>
    </w:p>
    <w:p>
      <w:pPr>
        <w:pStyle w:val="Heading1"/>
      </w:pPr>
      <w:r>
        <w:t>5. Zaključna ocjena</w:t>
      </w:r>
    </w:p>
    <w:p>
      <w:r>
        <w:t>Zaključna ocjena obuhvaća usvojenost znanja, vježbe i praktičan rad te samostalnost i odgovornost. U obzir se uzimaju napredovanje, sigurnost, samostalnost, preciznost, funkcionalnost, uporaba tehničke dokumentacije, racionalnost i sposobnost objašnjavanja postupka. Zaključna ocjena ne mora proizlaziti iz aritmetičke sredine upisanih ocjena.</w:t>
      </w:r>
    </w:p>
    <w:p>
      <w:pPr>
        <w:pStyle w:val="Heading1"/>
      </w:pPr>
      <w:r>
        <w:t>6. Izvori</w:t>
      </w:r>
    </w:p>
    <w:p>
      <w:pPr>
        <w:pStyle w:val="ListBullet"/>
      </w:pPr>
      <w:r>
        <w:t>Kurikulum nastavnog predmeta Tehnička kultura za osnovne škole u Republici Hrvatskoj, NN 7/2019.</w:t>
      </w:r>
    </w:p>
    <w:p>
      <w:pPr>
        <w:pStyle w:val="ListBullet"/>
      </w:pPr>
      <w:r>
        <w:t>Godišnji izvedbeni kurikulum Tehničke kulture za 6. razred u programu cjelodnevne škole, fond 70 sati.</w:t>
      </w:r>
    </w:p>
    <w:p>
      <w:pPr>
        <w:pStyle w:val="ListBullet"/>
      </w:pPr>
      <w:r>
        <w:t>Detaljne pripreme za izvođenje nastavnih sati i radni listići Svijet tehnike 6.</w:t>
      </w:r>
    </w:p>
    <w:p>
      <w:pPr>
        <w:pStyle w:val="ListBullet"/>
      </w:pPr>
      <w:r>
        <w:t>Udžbenički komplet Svijet tehnike 6, Školska knjiga.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247" w:bottom="1020" w:left="1247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F6B70"/>
        <w:sz w:val="16"/>
      </w:rPr>
      <w:t>Kriteriji vrednovanja • Tehnička kultura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5F6B70"/>
        <w:sz w:val="17"/>
      </w:rPr>
      <w:t>Tehnička kultura • 6. razred • 2026./2027.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67E9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67E9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4A5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Kriteriji vrednovanja Tehnička kultura - 6. razred</dc:title>
  <dc:subject>Školska godina 2026./2027.</dc:subject>
  <dc:creator>Ivan Došen</dc:creator>
  <cp:keywords>Tehnička kultura, kriteriji vrednovanja, šesti razred, 2026./2027.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