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20"/>
      </w:pPr>
      <w:r>
        <w:rPr>
          <w:b/>
          <w:color w:val="174A5B"/>
          <w:sz w:val="48"/>
        </w:rPr>
        <w:t>KRITERIJI VREDNOVANJA</w:t>
      </w:r>
    </w:p>
    <w:p>
      <w:pPr>
        <w:spacing w:after="280"/>
      </w:pPr>
      <w:r>
        <w:rPr>
          <w:color w:val="167E9B"/>
          <w:sz w:val="28"/>
        </w:rPr>
        <w:t>Tehnička kultura • 8. razred osnovne škole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DDEF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Školska godina: </w:t>
            </w:r>
            <w:r>
              <w:t>2026./2027. • Cjelodnevna škola • 35 sati godišnje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Škola: </w:t>
            </w:r>
            <w:r>
              <w:t>OŠ Čakovci • Izradio: Ivan Došen</w:t>
            </w:r>
          </w:p>
        </w:tc>
      </w:tr>
    </w:tbl>
    <w:p>
      <w:pPr>
        <w:spacing w:after="20"/>
      </w:pPr>
    </w:p>
    <w:p>
      <w:pPr>
        <w:pStyle w:val="Heading1"/>
      </w:pPr>
      <w:r>
        <w:t>1. Polazišta vrednovanja</w:t>
      </w:r>
    </w:p>
    <w:p>
      <w:r>
        <w:t>Kriteriji su izrađeni prema Kurikulumu nastavnog predmeta Tehnička kultura (NN 7/2019), godišnjem izvedbenom kurikulumu uz udžbenik Svijet tehnike 8, izdavačevim kriterijima vrednovanja te radnim materijalima za vježbe i praktičan rad. U priloženom GIK-u zbroj od 36 sati usklađen je sa službenim fondom od 35 sati tako da je završna sistematizacija planirana u jednome satu.</w:t>
      </w:r>
    </w:p>
    <w:p>
      <w:pPr>
        <w:spacing w:after="80"/>
      </w:pPr>
      <w:r>
        <w:rPr>
          <w:b/>
          <w:color w:val="174A5B"/>
        </w:rPr>
        <w:t xml:space="preserve">Svrha vrednovanja. </w:t>
      </w:r>
      <w:r>
        <w:t>Vrednovanje je usmjereno na ostvarivanje ishoda, razvoj tehničke pismenosti, sigurnoga rada, radnih vještina i odgovornoga odnosa prema radu. Učenik dobiva jasnu i pravodobnu povratnu informaciju o znanju, postupku i napretku.</w:t>
      </w:r>
    </w:p>
    <w:p>
      <w:pPr>
        <w:spacing w:after="80"/>
      </w:pPr>
      <w:r>
        <w:rPr>
          <w:b/>
          <w:color w:val="174A5B"/>
        </w:rPr>
        <w:t xml:space="preserve">Načini praćenja i vrednovanja. </w:t>
      </w:r>
      <w:r>
        <w:t>Razina ostvarenosti utvrđuje se razgovorom i obrazlaganjem, shemama i tehničkom dokumentacijom, mjerenjima i ispitivanjima, praktičnim vježbama, modelima i sklopovima izrađenima u školi, projektnim zadatkom, predstavljanjem rada te kontinuiranim praćenjem samostalnosti i odgovornosti.</w:t>
      </w:r>
    </w:p>
    <w:p>
      <w:pPr>
        <w:spacing w:after="80"/>
      </w:pPr>
      <w:r>
        <w:rPr>
          <w:b/>
          <w:color w:val="174A5B"/>
        </w:rPr>
        <w:t xml:space="preserve">Cjelovita procjena. </w:t>
      </w:r>
      <w:r>
        <w:t>Ne vrednuje se samo radi li završni model. Vrednuju se razumijevanje, točnost sheme, izbor i povezivanje elemenata, mjerenje, funkcionalnost, provjera i otklanjanje pogrešaka, sigurno rukovanje, samostalnost, odgovornost te sposobnost objašnjavanja i poboljšavanja rješenja.</w:t>
      </w:r>
    </w:p>
    <w:p>
      <w:pPr>
        <w:spacing w:after="80"/>
      </w:pPr>
      <w:r>
        <w:rPr>
          <w:b/>
          <w:color w:val="174A5B"/>
        </w:rPr>
        <w:t xml:space="preserve">Praktični rad u školi. </w:t>
      </w:r>
      <w:r>
        <w:t>Vrednuju se samo vježbe, sklopovi i modeli koje je učenik izradio u školi tijekom nastave i nakon što je imao mogućnost uvježbati potrebna znanja i vještine. Nedostatak opreme ili tehničke poteškoće izvan učenikove kontrole ne umanjuju procjenu njegova postignuća.</w:t>
      </w:r>
    </w:p>
    <w:p>
      <w:pPr>
        <w:spacing w:after="80"/>
      </w:pPr>
      <w:r>
        <w:rPr>
          <w:b/>
          <w:color w:val="174A5B"/>
        </w:rPr>
        <w:t xml:space="preserve">Električna sigurnost. </w:t>
      </w:r>
      <w:r>
        <w:t>Učenici sastavljaju i ispituju modele isključivo na sigurnome malom naponu i uz dopuštenu školsku opremu. Spojevi se provjeravaju prije uključivanja, a mijenjaju samo kada je izvor isključen. Rad na mrežnome naponu nije učenička aktivnost.</w:t>
      </w:r>
    </w:p>
    <w:p>
      <w:pPr>
        <w:spacing w:after="80"/>
      </w:pPr>
      <w:r>
        <w:rPr>
          <w:b/>
          <w:color w:val="174A5B"/>
        </w:rPr>
        <w:t xml:space="preserve">Individualne potrebe. </w:t>
      </w:r>
      <w:r>
        <w:t>Zadatci, opseg rada, potrebna podrška i načini vrednovanja prilagođavaju se individualnim potrebama učenika uz očuvanje smisla i sigurnosti ishoda.</w:t>
      </w:r>
    </w:p>
    <w:p>
      <w:pPr>
        <w:spacing w:after="80"/>
      </w:pPr>
      <w:r>
        <w:rPr>
          <w:b/>
          <w:color w:val="174A5B"/>
        </w:rPr>
        <w:t xml:space="preserve">Primjena kriterija. </w:t>
      </w:r>
      <w:r>
        <w:t>Učenik ne mora dobiti ocjenu iz sva tri elementa u svakoj jedinici. Učitelj odabire reprezentativne aktivnosti i tijekom vremena prikuplja dovoljno pokazatelja za svaki element.</w:t>
      </w:r>
    </w:p>
    <w:p>
      <w:pPr>
        <w:pStyle w:val="Heading1"/>
      </w:pPr>
      <w:r>
        <w:t>2. Elementi vrednovanja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Usvojenost znanja: </w:t>
            </w:r>
            <w:r>
              <w:t>teorijska i činjenična znanja, razumijevanje i primjena tehničkoga nazivlja, simbola, električnih i elektroničkih elemenata, sustava, procesa i zakonitosti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Vježbe i praktičan rad: </w:t>
            </w:r>
            <w:r>
              <w:t>vještine crtanja shema, mjerenja, uporabe dokumentacije, sastavljanja, ispitivanja i otklanjanja pogrešaka te kvaliteta i funkcionalnost rada izrađenoga na nastavi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Samostalnost i odgovornost: </w:t>
            </w:r>
            <w:r>
              <w:t>razina samostalnosti, savjesnost i redovitost, organizacija radnoga mjesta, zaštita na radu te odgovornost prema opremi i sudionicima rada</w:t>
            </w:r>
          </w:p>
        </w:tc>
      </w:tr>
    </w:tbl>
    <w:p>
      <w:pPr>
        <w:spacing w:after="20"/>
      </w:pPr>
    </w:p>
    <w:p>
      <w:pPr>
        <w:pStyle w:val="Heading1"/>
      </w:pPr>
      <w:r>
        <w:t>3. Opće značenje razina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samostalno, precizno, sigurno i odgovorno; objašnjava odluke, provjerava rad te znanje i vještine primjenjuje u novoj situaciji.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radi uglavnom samostalno, točno i sigurno; potreban mu je tek povremeni kratki podsjetnik ili manja dorada.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temeljni dio ishoda uz povremenu stručnu pomoć; postupak je većinom ispravan i siguran.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ostvaruje samo osnovni dio ishoda uz često konkretno vođenje, ponovljenu demonstraciju i nadzor.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Učenik ni uz primjerenu pomoć ne pokazuje osnovno razumijevanje ili ne izvršava temeljne korake; nesiguran se postupak odmah zaustavlja.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Napomena: </w:t>
            </w:r>
            <w:r>
              <w:t>Prednost uvijek imaju konkretni kriteriji navedeni uz pojedinu nastavnu jedinicu.</w:t>
            </w:r>
          </w:p>
        </w:tc>
      </w:tr>
    </w:tbl>
    <w:p>
      <w:pPr>
        <w:spacing w:after="20"/>
      </w:pPr>
    </w:p>
    <w:p>
      <w:pPr>
        <w:pStyle w:val="Heading1"/>
      </w:pPr>
      <w:r>
        <w:t>4. Kriteriji po nastavnim jedinicama</w:t>
      </w:r>
    </w:p>
    <w:p>
      <w:pPr>
        <w:pStyle w:val="Heading2"/>
        <w:keepNext/>
      </w:pPr>
      <w:r>
        <w:t>1. i 2. sat. Upoznavanje s predmetom, pravilima radionice i inicijalno vrednovanje</w:t>
      </w:r>
    </w:p>
    <w:p>
      <w:pPr>
        <w:keepNext/>
        <w:spacing w:after="100"/>
      </w:pPr>
      <w:r>
        <w:rPr>
          <w:i/>
          <w:color w:val="5F6B70"/>
          <w:sz w:val="18"/>
        </w:rPr>
        <w:t>Uvodna aktivnost  |  Ishodi 7. razreda  |  Ne ocjenjuje 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se: </w:t>
            </w:r>
            <w:r>
              <w:t>Učenici upoznaju kriterije, ustroj nastave, potrebnu opremu i pravila zaštite na radu. Inicijalno vrednovanje služi planiranju poučavanja i ne rezultira novom ocjenom.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3. i 4. sat. Elektrane, prijenos električne energije i energetska učinkovitost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B.8.2.; TK OŠ C.8.1.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osnovne električne veličine i jedinice, vrste elektrana, proizvodnju i prijenos električne energije, ulogu trošila, energetsku učinkovitost te utjecaje na okoliš;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osnovne električne veličine i jedinice, vrste elektrana, proizvodnju i prijenos električne energije, ulogu trošila, energetsku učinkovitost te utjecaje na okoliš;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osnovne električne veličine i jedinice, vrste elektrana, proizvodnju i prijenos električne energije, ulogu trošila, energetsku učinkovitost te utjecaje na okoliš;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osnovne električne veličine i jedinice, vrste elektrana, proizvodnju i prijenos električne energije, ulogu trošila, energetsku učinkovitost te utjecaje na okoliš.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osnovne električne veličine i jedinice, vrste elektrana, proizvodnju i prijenos električne energije, ulogu trošila, energetsku učinkovitost te utjecaje na okoliš.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na modelu ili prikazu slijedi put energije od elektrane do trošila, prepoznaje dijelove sustava, uspoređuje elektrane i obrazlaže mjere zaštite okoliša i učinkovite uporabe;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na modelu ili prikazu slijedi put energije od elektrane do trošila, prepoznaje dijelove sustava, uspoređuje elektrane i obrazlaže mjere zaštite okoliša i učinkovite uporabe;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na modelu ili prikazu slijedi put energije od elektrane do trošila, prepoznaje dijelove sustava, uspoređuje elektrane i obrazlaže mjere zaštite okoliša i učinkovite uporabe;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na modelu ili prikazu slijedi put energije od elektrane do trošila, prepoznaje dijelove sustava, uspoređuje elektrane i obrazlaže mjere zaštite okoliša i učinkovite uporabe.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na modelu ili prikazu slijedi put energije od elektrane do trošila, prepoznaje dijelove sustava, uspoređuje elektrane i obrazlaže mjere zaštite okoliša i učinkovite uporabe.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odgovorno istražuje i uspoređuje izvore, pravilno navodi podatke te argumentirano i uvažavajuće sudjeluje u raspravi;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odgovorno istražuje i uspoređuje izvore, pravilno navodi podatke te argumentirano i uvažavajuće sudjeluje u raspravi;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odgovorno istražuje i uspoređuje izvore, pravilno navodi podatke te argumentirano i uvažavajuće sudjeluje u raspravi;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odgovorno istražuje i uspoređuje izvore, pravilno navodi podatke te argumentirano i uvažavajuće sudjeluje u raspravi;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odgovorno istražuje i uspoređuje izvore, pravilno navodi podatke te argumentirano i uvažavajuće sudjeluje u raspravi;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5. i 6. sat. Sheme i elementi kućne električne instalacije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A.8.1.; TK OŠ B.8.1.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vrste shema, normirane simbole, vodiče i izolatore te namjenu osigurača, vodova, sklopki, rasvjetnih tijela i drugih elemenata instalacije;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vrste shema, normirane simbole, vodiče i izolatore te namjenu osigurača, vodova, sklopki, rasvjetnih tijela i drugih elemenata instalacije;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vrste shema, normirane simbole, vodiče i izolatore te namjenu osigurača, vodova, sklopki, rasvjetnih tijela i drugih elemenata instalacije;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vrste shema, normirane simbole, vodiče i izolatore te namjenu osigurača, vodova, sklopki, rasvjetnih tijela i drugih elemenata instalacije.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vrste shema, normirane simbole, vodiče i izolatore te namjenu osigurača, vodova, sklopki, rasvjetnih tijela i drugih elemenata instalacije.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čita shemu spajanja i elektrotehničku shemu te crta jednostavan strujni krug pravilnim simbolima, vodovima i oznakama;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čita shemu spajanja i elektrotehničku shemu te crta jednostavan strujni krug pravilnim simbolima, vodovima i oznakama;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čita shemu spajanja i elektrotehničku shemu te crta jednostavan strujni krug pravilnim simbolima, vodovima i oznakama;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čita shemu spajanja i elektrotehničku shemu te crta jednostavan strujni krug pravilnim simbolima, vodovima i oznakama.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čita shemu spajanja i elektrotehničku shemu te crta jednostavan strujni krug pravilnim simbolima, vodovima i oznakama.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uredno koristi pribor, provjerava potpunost sheme i dosljedno primjenjuje pravila rada samo na sigurnome malom naponu;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uredno koristi pribor, provjerava potpunost sheme i dosljedno primjenjuje pravila rada samo na sigurnome malom naponu;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uredno koristi pribor, provjerava potpunost sheme i dosljedno primjenjuje pravila rada samo na sigurnome malom naponu;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uredno koristi pribor, provjerava potpunost sheme i dosljedno primjenjuje pravila rada samo na sigurnome malom naponu;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uredno koristi pribor, provjerava potpunost sheme i dosljedno primjenjuje pravila rada samo na sigurnome malom naponu;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7. i 8. sat. Model strujnoga kruga s običnom i serijskom sklopkom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A.8.1.; TK OŠ B.8.1.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obične i serijske sklopke, način povezivanja elemenata te razliku sheme i stvarnoga modela strujnoga kruga;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obične i serijske sklopke, način povezivanja elemenata te razliku sheme i stvarnoga modela strujnoga kruga;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obične i serijske sklopke, način povezivanja elemenata te razliku sheme i stvarnoga modela strujnoga kruga;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obične i serijske sklopke, način povezivanja elemenata te razliku sheme i stvarnoga modela strujnoga kruga.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obične i serijske sklopke, način povezivanja elemenata te razliku sheme i stvarnoga modela strujnoga kruga.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shemi sastavlja i ispituje modele s običnom i serijskom sklopkom, provjerava spojeve prije uključivanja i objašnjava djelovanje;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shemi sastavlja i ispituje modele s običnom i serijskom sklopkom, provjerava spojeve prije uključivanja i objašnjava djelovanje;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shemi sastavlja i ispituje modele s običnom i serijskom sklopkom, provjerava spojeve prije uključivanja i objašnjava djelovanje;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shemi sastavlja i ispituje modele s običnom i serijskom sklopkom, provjerava spojeve prije uključivanja i objašnjava djelovanje.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shemi sastavlja i ispituje modele s običnom i serijskom sklopkom, provjerava spojeve prije uključivanja i objašnjava djelovanje.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koristi samo dopušteni izvor maloga napona, ne mijenja spojeve pod naponom, uredno vodi vodiče i odgovorno čuva dijelove;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koristi samo dopušteni izvor maloga napona, ne mijenja spojeve pod naponom, uredno vodi vodiče i odgovorno čuva dijelove;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koristi samo dopušteni izvor maloga napona, ne mijenja spojeve pod naponom, uredno vodi vodiče i odgovorno čuva dijelove;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koristi samo dopušteni izvor maloga napona, ne mijenja spojeve pod naponom, uredno vodi vodiče i odgovorno čuva dijelove;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koristi samo dopušteni izvor maloga napona, ne mijenja spojeve pod naponom, uredno vodi vodiče i odgovorno čuva dijelove;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9. i 10. sat. Model strujnoga kruga s izmjeničnim sklopkama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A.8.1.; TK OŠ B.8.1.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izmjeničnih sklopki, njihove kontakte, primjenu u hodnicima i odnos elektrotehničke sheme i modela;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izmjeničnih sklopki, njihove kontakte, primjenu u hodnicima i odnos elektrotehničke sheme i modela;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izmjeničnih sklopki, njihove kontakte, primjenu u hodnicima i odnos elektrotehničke sheme i modela;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izmjeničnih sklopki, njihove kontakte, primjenu u hodnicima i odnos elektrotehničke sheme i modela.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izmjeničnih sklopki, njihove kontakte, primjenu u hodnicima i odnos elektrotehničke sheme i modela.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crta shemu te prema njoj sastavlja funkcionalan model kojim se rasvjetno tijelo uključuje i isključuje s dvaju mjesta, ispituje ga i otklanja pogrešku;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crta shemu te prema njoj sastavlja funkcionalan model kojim se rasvjetno tijelo uključuje i isključuje s dvaju mjesta, ispituje ga i otklanja pogrešku;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crta shemu te prema njoj sastavlja funkcionalan model kojim se rasvjetno tijelo uključuje i isključuje s dvaju mjesta, ispituje ga i otklanja pogrešku;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crta shemu te prema njoj sastavlja funkcionalan model kojim se rasvjetno tijelo uključuje i isključuje s dvaju mjesta, ispituje ga i otklanja pogrešku.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crta shemu te prema njoj sastavlja funkcionalan model kojim se rasvjetno tijelo uključuje i isključuje s dvaju mjesta, ispituje ga i otklanja pogrešku.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sustavno provjerava svaki spoj, sigurno rabi izvor i pribor, surađuje i odgovorno vraća kompletne dijelove;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sustavno provjerava svaki spoj, sigurno rabi izvor i pribor, surađuje i odgovorno vraća kompletne dijelove;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sustavno provjerava svaki spoj, sigurno rabi izvor i pribor, surađuje i odgovorno vraća kompletne dijelove;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sustavno provjerava svaki spoj, sigurno rabi izvor i pribor, surađuje i odgovorno vraća kompletne dijelove;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sustavno provjerava svaki spoj, sigurno rabi izvor i pribor, surađuje i odgovorno vraća kompletne dijelove;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11. i 12. sat. Električna trošila, uporaba, održavanje i zbrinjavanje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B.8.2.; TK OŠ C.8.1.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pretvorbe električne energije u trošilima, električne veličine, razrede energetske učinkovitosti, dobrobiti, opasnosti, održavanje i postupke zbrinjavanja;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pretvorbe električne energije u trošilima, električne veličine, razrede energetske učinkovitosti, dobrobiti, opasnosti, održavanje i postupke zbrinjavanja;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pretvorbe električne energije u trošilima, električne veličine, razrede energetske učinkovitosti, dobrobiti, opasnosti, održavanje i postupke zbrinjavanja;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pretvorbe električne energije u trošilima, električne veličine, razrede energetske učinkovitosti, dobrobiti, opasnosti, održavanje i postupke zbrinjavanja.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pretvorbe električne energije u trošilima, električne veličine, razrede energetske učinkovitosti, dobrobiti, opasnosti, održavanje i postupke zbrinjavanja.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oznake i upute odabranoga trošila, prepoznaje pretvorbe i opasnosti te izrađuje preporuke za sigurnu, učinkovitu uporabu i pravilno zbrinjavanje;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oznake i upute odabranoga trošila, prepoznaje pretvorbe i opasnosti te izrađuje preporuke za sigurnu, učinkovitu uporabu i pravilno zbrinjavanje;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oznake i upute odabranoga trošila, prepoznaje pretvorbe i opasnosti te izrađuje preporuke za sigurnu, učinkovitu uporabu i pravilno zbrinjavanje;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oznake i upute odabranoga trošila, prepoznaje pretvorbe i opasnosti te izrađuje preporuke za sigurnu, učinkovitu uporabu i pravilno zbrinjavanje.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oznake i upute odabranoga trošila, prepoznaje pretvorbe i opasnosti te izrađuje preporuke za sigurnu, učinkovitu uporabu i pravilno zbrinjavanje.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razlikuje radnje korisnika od poslova stručne osobe, ne izvodi nedopuštene zahvate i odgovorno obrazlaže sigurnosne i ekološke odluke;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razlikuje radnje korisnika od poslova stručne osobe, ne izvodi nedopuštene zahvate i odgovorno obrazlaže sigurnosne i ekološke odluke;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razlikuje radnje korisnika od poslova stručne osobe, ne izvodi nedopuštene zahvate i odgovorno obrazlaže sigurnosne i ekološke odluke;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razlikuje radnje korisnika od poslova stručne osobe, ne izvodi nedopuštene zahvate i odgovorno obrazlaže sigurnosne i ekološke odluke;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razlikuje radnje korisnika od poslova stručne osobe, ne izvodi nedopuštene zahvate i odgovorno obrazlaže sigurnosne i ekološke odluke;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13. i 14. sat. Izrada jednostavnoga modela elektromotora</w:t>
      </w:r>
    </w:p>
    <w:p>
      <w:pPr>
        <w:keepNext/>
        <w:spacing w:after="100"/>
      </w:pPr>
      <w:r>
        <w:rPr>
          <w:i/>
          <w:color w:val="5F6B70"/>
          <w:sz w:val="18"/>
        </w:rPr>
        <w:t>Elektroenergetika  |  TK OŠ B.8.2.; TK OŠ C.8.1.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dijelove i načelo rada jednostavnoga elektromotora, ulogu magnetskoga polja i pretvorbu električne energije u mehaničku;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dijelove i načelo rada jednostavnoga elektromotora, ulogu magnetskoga polja i pretvorbu električne energije u mehaničku;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dijelove i načelo rada jednostavnoga elektromotora, ulogu magnetskoga polja i pretvorbu električne energije u mehaničku;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dijelove i načelo rada jednostavnoga elektromotora, ulogu magnetskoga polja i pretvorbu električne energije u mehaničku.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dijelove i načelo rada jednostavnoga elektromotora, ulogu magnetskoga polja i pretvorbu električne energije u mehaničku.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izrađuje model elektromotora, provjerava kontakte i uravnoteženost rotora, sigurno ga ispituje te demonstrira i objašnjava pretvorbu energije;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izrađuje model elektromotora, provjerava kontakte i uravnoteženost rotora, sigurno ga ispituje te demonstrira i objašnjava pretvorbu energije;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izrađuje model elektromotora, provjerava kontakte i uravnoteženost rotora, sigurno ga ispituje te demonstrira i objašnjava pretvorbu energije;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izrađuje model elektromotora, provjerava kontakte i uravnoteženost rotora, sigurno ga ispituje te demonstrira i objašnjava pretvorbu energije.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izrađuje model elektromotora, provjerava kontakte i uravnoteženost rotora, sigurno ga ispituje te demonstrira i objašnjava pretvorbu energije.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pažljivo izrađuje i dorađuje model, koristi samo dopušteni izvor, ustrajno traži uzrok poteškoće i odgovorno sprema opremu;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pažljivo izrađuje i dorađuje model, koristi samo dopušteni izvor, ustrajno traži uzrok poteškoće i odgovorno sprema opremu;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pažljivo izrađuje i dorađuje model, koristi samo dopušteni izvor, ustrajno traži uzrok poteškoće i odgovorno sprema opremu;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izrađuje i dorađuje model, koristi samo dopušteni izvor, ustrajno traži uzrok poteškoće i odgovorno sprema opremu;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pažljivo izrađuje i dorađuje model, koristi samo dopušteni izvor, ustrajno traži uzrok poteškoće i odgovorno sprema opremu;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15. i 16. sat. Pasivni i aktivni elektronički elementi</w:t>
      </w:r>
    </w:p>
    <w:p>
      <w:pPr>
        <w:keepNext/>
        <w:spacing w:after="100"/>
      </w:pPr>
      <w:r>
        <w:rPr>
          <w:i/>
          <w:color w:val="5F6B70"/>
          <w:sz w:val="18"/>
        </w:rPr>
        <w:t>Elektronika  |  TK OŠ A.8.1.; TK OŠ B.8.3.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simbole, svojstva i primjenu otpornika, kondenzatora, diode, svjetleće diode i tranzistora te razliku pasivnih i aktivnih elemenata;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simbole, svojstva i primjenu otpornika, kondenzatora, diode, svjetleće diode i tranzistora te razliku pasivnih i aktivnih elemenata;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simbole, svojstva i primjenu otpornika, kondenzatora, diode, svjetleće diode i tranzistora te razliku pasivnih i aktivnih elemenata;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simbole, svojstva i primjenu otpornika, kondenzatora, diode, svjetleće diode i tranzistora te razliku pasivnih i aktivnih elemenata.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simbole, svojstva i primjenu otpornika, kondenzatora, diode, svjetleće diode i tranzistora te razliku pasivnih i aktivnih elemenata.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prepoznaje i razvrstava stvarne elemente, očitava oznake otpornika, određuje polaritet i pravilno ih prikazuje simbolima u jednostavnoj shemi;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prepoznaje i razvrstava stvarne elemente, očitava oznake otpornika, određuje polaritet i pravilno ih prikazuje simbolima u jednostavnoj shemi;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prepoznaje i razvrstava stvarne elemente, očitava oznake otpornika, određuje polaritet i pravilno ih prikazuje simbolima u jednostavnoj shemi;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prepoznaje i razvrstava stvarne elemente, očitava oznake otpornika, određuje polaritet i pravilno ih prikazuje simbolima u jednostavnoj shemi.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prepoznaje i razvrstava stvarne elemente, očitava oznake otpornika, određuje polaritet i pravilno ih prikazuje simbolima u jednostavnoj shemi.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pažljivo rukuje osjetljivim elementima, uredno ih razvrstava i odgovorno provjerava podatke prije uporabe;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pažljivo rukuje osjetljivim elementima, uredno ih razvrstava i odgovorno provjerava podatke prije uporabe;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pažljivo rukuje osjetljivim elementima, uredno ih razvrstava i odgovorno provjerava podatke prije uporabe;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pažljivo rukuje osjetljivim elementima, uredno ih razvrstava i odgovorno provjerava podatke prije uporabe;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pažljivo rukuje osjetljivim elementima, uredno ih razvrstava i odgovorno provjerava podatke prije uporabe;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17. i 18. sat. Mjerenja elektroničkih elemenata i električnih veličina</w:t>
      </w:r>
    </w:p>
    <w:p>
      <w:pPr>
        <w:keepNext/>
        <w:spacing w:after="100"/>
      </w:pPr>
      <w:r>
        <w:rPr>
          <w:i/>
          <w:color w:val="5F6B70"/>
          <w:sz w:val="18"/>
        </w:rPr>
        <w:t>Elektronika  |  TK OŠ B.8.3.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mjernoga instrumenta, odabir veličine i mjernoga područja, mjerenje otpora i napona te provjeru diode i faktora strujnoga pojačanja tranzistora;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mjernoga instrumenta, odabir veličine i mjernoga područja, mjerenje otpora i napona te provjeru diode i faktora strujnoga pojačanja tranzistora;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mjernoga instrumenta, odabir veličine i mjernoga područja, mjerenje otpora i napona te provjeru diode i faktora strujnoga pojačanja tranzistora;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mjernoga instrumenta, odabir veličine i mjernoga područja, mjerenje otpora i napona te provjeru diode i faktora strujnoga pojačanja tranzistora.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mjernoga instrumenta, odabir veličine i mjernoga područja, mjerenje otpora i napona te provjeru diode i faktora strujnoga pojačanja tranzistora.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pravilno spaja i podešava instrument, očitava i zapisuje mjerenje s jedinicom, provjerava diodu i tranzistor te rezultate uspoređuje s očekivanim vrijednostima;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pravilno spaja i podešava instrument, očitava i zapisuje mjerenje s jedinicom, provjerava diodu i tranzistor te rezultate uspoređuje s očekivanim vrijednostima;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pravilno spaja i podešava instrument, očitava i zapisuje mjerenje s jedinicom, provjerava diodu i tranzistor te rezultate uspoređuje s očekivanim vrijednostima;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pravilno spaja i podešava instrument, očitava i zapisuje mjerenje s jedinicom, provjerava diodu i tranzistor te rezultate uspoređuje s očekivanim vrijednostima.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pravilno spaja i podešava instrument, očitava i zapisuje mjerenje s jedinicom, provjerava diodu i tranzistor te rezultate uspoređuje s očekivanim vrijednostima.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prije mjerenja provjerava postavke i spojeve, ne mijenja područje nepromišljeno te odgovorno čuva instrument i mjerne vodove;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prije mjerenja provjerava postavke i spojeve, ne mijenja područje nepromišljeno te odgovorno čuva instrument i mjerne vodove;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prije mjerenja provjerava postavke i spojeve, ne mijenja područje nepromišljeno te odgovorno čuva instrument i mjerne vodove;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prije mjerenja provjerava postavke i spojeve, ne mijenja područje nepromišljeno te odgovorno čuva instrument i mjerne vodove;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prije mjerenja provjerava postavke i spojeve, ne mijenja područje nepromišljeno te odgovorno čuva instrument i mjerne vodove;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19.–22. sat. Izrada i ispitivanje elektroničkoga sklopa</w:t>
      </w:r>
    </w:p>
    <w:p>
      <w:pPr>
        <w:keepNext/>
        <w:spacing w:after="100"/>
      </w:pPr>
      <w:r>
        <w:rPr>
          <w:i/>
          <w:color w:val="5F6B70"/>
          <w:sz w:val="18"/>
        </w:rPr>
        <w:t>Elektronika  |  TK OŠ A.8.1.; TK OŠ B.8.3.; TK OŠ C.8.1.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namjenu i ulogu elemenata odabranoga sklopa, pravila povezivanja, mjerne točke, primjenu te utjecaje proizvodnje, uporabe i zbrinjavanja elektroničkih uređaja;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namjenu i ulogu elemenata odabranoga sklopa, pravila povezivanja, mjerne točke, primjenu te utjecaje proizvodnje, uporabe i zbrinjavanja elektroničkih uređaja;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namjenu i ulogu elemenata odabranoga sklopa, pravila povezivanja, mjerne točke, primjenu te utjecaje proizvodnje, uporabe i zbrinjavanja elektroničkih uređaja;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namjenu i ulogu elemenata odabranoga sklopa, pravila povezivanja, mjerne točke, primjenu te utjecaje proizvodnje, uporabe i zbrinjavanja elektroničkih uređaja.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namjenu i ulogu elemenata odabranoga sklopa, pravila povezivanja, mjerne točke, primjenu te utjecaje proizvodnje, uporabe i zbrinjavanja elektroničkih uređaja.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shemi sastavlja i ispituje odabrani sklop iz radnih materijala, primjerice ispitivač LED-a, polariteta, izolacije ili detektor elektromagnetskoga zračenja, mjeri veličine i objašnjava rad;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shemi sastavlja i ispituje odabrani sklop iz radnih materijala, primjerice ispitivač LED-a, polariteta, izolacije ili detektor elektromagnetskoga zračenja, mjeri veličine i objašnjava rad;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shemi sastavlja i ispituje odabrani sklop iz radnih materijala, primjerice ispitivač LED-a, polariteta, izolacije ili detektor elektromagnetskoga zračenja, mjeri veličine i objašnjava rad;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shemi sastavlja i ispituje odabrani sklop iz radnih materijala, primjerice ispitivač LED-a, polariteta, izolacije ili detektor elektromagnetskoga zračenja, mjeri veličine i objašnjava rad.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shemi sastavlja i ispituje odabrani sklop iz radnih materijala, primjerice ispitivač LED-a, polariteta, izolacije ili detektor elektromagnetskoga zračenja, mjeri veličine i objašnjava rad.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organizira višesatni rad, provjerava polaritet i spojeve prije uključivanja, sigurno mjeri, ustrajno otklanja pogreške i odgovorno zbrinjava dijelove;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organizira višesatni rad, provjerava polaritet i spojeve prije uključivanja, sigurno mjeri, ustrajno otklanja pogreške i odgovorno zbrinjava dijelove;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organizira višesatni rad, provjerava polaritet i spojeve prije uključivanja, sigurno mjeri, ustrajno otklanja pogreške i odgovorno zbrinjava dijelove;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organizira višesatni rad, provjerava polaritet i spojeve prije uključivanja, sigurno mjeri, ustrajno otklanja pogreške i odgovorno zbrinjava dijelove;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organizira višesatni rad, provjerava polaritet i spojeve prije uključivanja, sigurno mjeri, ustrajno otklanja pogreške i odgovorno zbrinjava dijelove;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23. i 24. sat. Automatizirani sustavi, povratna veza i roboti</w:t>
      </w:r>
    </w:p>
    <w:p>
      <w:pPr>
        <w:keepNext/>
        <w:spacing w:after="100"/>
      </w:pPr>
      <w:r>
        <w:rPr>
          <w:i/>
          <w:color w:val="5F6B70"/>
          <w:sz w:val="18"/>
        </w:rPr>
        <w:t>Automatizacija  |  TK OŠ B.8.4.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područja automatizacije, razliku upravljanja s povratnom vezom i bez nje te uloge senzora, upravljačke jedinice, pogona, mehanizama i izvršnika u robotu;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područja automatizacije, razliku upravljanja s povratnom vezom i bez nje te uloge senzora, upravljačke jedinice, pogona, mehanizama i izvršnika u robotu;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područja automatizacije, razliku upravljanja s povratnom vezom i bez nje te uloge senzora, upravljačke jedinice, pogona, mehanizama i izvršnika u robotu;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područja automatizacije, razliku upravljanja s povratnom vezom i bez nje te uloge senzora, upravljačke jedinice, pogona, mehanizama i izvršnika u robotu.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područja automatizacije, razliku upravljanja s povratnom vezom i bez nje te uloge senzora, upravljačke jedinice, pogona, mehanizama i izvršnika u robotu.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analizira blokovski prikaz ili model automatskoga sustava, prepoznaje ulaz, obradu, izlaz i povratnu informaciju te uspoređuje tehničke, ekonomske i društvene učinke automatizacije;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analizira blokovski prikaz ili model automatskoga sustava, prepoznaje ulaz, obradu, izlaz i povratnu informaciju te uspoređuje tehničke, ekonomske i društvene učinke automatizacije;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analizira blokovski prikaz ili model automatskoga sustava, prepoznaje ulaz, obradu, izlaz i povratnu informaciju te uspoređuje tehničke, ekonomske i društvene učinke automatizacije;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analizira blokovski prikaz ili model automatskoga sustava, prepoznaje ulaz, obradu, izlaz i povratnu informaciju te uspoređuje tehničke, ekonomske i društvene učinke automatizacije.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analizira blokovski prikaz ili model automatskoga sustava, prepoznaje ulaz, obradu, izlaz i povratnu informaciju te uspoređuje tehničke, ekonomske i društvene učinke automatizacije.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aktivno i argumentirano sudjeluje, uvažava različite učinke automatizacije i odgovorno koristi modele i digitalne simulacije;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aktivno i argumentirano sudjeluje, uvažava različite učinke automatizacije i odgovorno koristi modele i digitalne simulacije;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aktivno i argumentirano sudjeluje, uvažava različite učinke automatizacije i odgovorno koristi modele i digitalne simulacije;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aktivno i argumentirano sudjeluje, uvažava različite učinke automatizacije i odgovorno koristi modele i digitalne simulacije;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aktivno i argumentirano sudjeluje, uvažava različite učinke automatizacije i odgovorno koristi modele i digitalne simulacije;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25.–28. sat. Izrada modela automatiziranoga sustava s povratnom vezom</w:t>
      </w:r>
    </w:p>
    <w:p>
      <w:pPr>
        <w:keepNext/>
        <w:spacing w:after="100"/>
      </w:pPr>
      <w:r>
        <w:rPr>
          <w:i/>
          <w:color w:val="5F6B70"/>
          <w:sz w:val="18"/>
        </w:rPr>
        <w:t>Automatizacija  |  TK OŠ B.8.4.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funkciju senzora, upravljačkoga programa ili sklopa, izvršnika i povratne veze te uvjete stabilnoga i sigurnoga rada odabranoga modela;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funkciju senzora, upravljačkoga programa ili sklopa, izvršnika i povratne veze te uvjete stabilnoga i sigurnoga rada odabranoga modela;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funkciju senzora, upravljačkoga programa ili sklopa, izvršnika i povratne veze te uvjete stabilnoga i sigurnoga rada odabranoga modela;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funkciju senzora, upravljačkoga programa ili sklopa, izvršnika i povratne veze te uvjete stabilnoga i sigurnoga rada odabranoga modela.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funkciju senzora, upravljačkoga programa ili sklopa, izvršnika i povratne veze te uvjete stabilnoga i sigurnoga rada odabranoga modela.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prema dokumentaciji sastavlja, programira ili podešava odabrani model iz radnih materijala, primjerice igru ili robotsku ruku, ispituje reakcije i dorađuje upravljanje;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prema dokumentaciji sastavlja, programira ili podešava odabrani model iz radnih materijala, primjerice igru ili robotsku ruku, ispituje reakcije i dorađuje upravljanje;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prema dokumentaciji sastavlja, programira ili podešava odabrani model iz radnih materijala, primjerice igru ili robotsku ruku, ispituje reakcije i dorađuje upravljanje;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prema dokumentaciji sastavlja, programira ili podešava odabrani model iz radnih materijala, primjerice igru ili robotsku ruku, ispituje reakcije i dorađuje upravljanje.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prema dokumentaciji sastavlja, programira ili podešava odabrani model iz radnih materijala, primjerice igru ili robotsku ruku, ispituje reakcije i dorađuje upravljanje.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planira višesatni rad, sigurno koristi izvor i mehaničke dijelove, uredno vodi spojeve, surađuje i ustrajno otklanja pogreške;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planira višesatni rad, sigurno koristi izvor i mehaničke dijelove, uredno vodi spojeve, surađuje i ustrajno otklanja pogreške;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planira višesatni rad, sigurno koristi izvor i mehaničke dijelove, uredno vodi spojeve, surađuje i ustrajno otklanja pogreške;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planira višesatni rad, sigurno koristi izvor i mehaničke dijelove, uredno vodi spojeve, surađuje i ustrajno otklanja pogreške;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planira višesatni rad, sigurno koristi izvor i mehaničke dijelove, uredno vodi spojeve, surađuje i ustrajno otklanja pogreške;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29. i 30. sat. Projektni zadatak – željeno zanimanje i uloga tehnike</w:t>
      </w:r>
    </w:p>
    <w:p>
      <w:pPr>
        <w:keepNext/>
        <w:spacing w:after="100"/>
      </w:pPr>
      <w:r>
        <w:rPr>
          <w:i/>
          <w:color w:val="5F6B70"/>
          <w:sz w:val="18"/>
        </w:rPr>
        <w:t>Profesionalno usmjeravanje  |  TK OŠ C.8.2.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posebnosti odabranoga zanimanja, potrebna znanja i sposobnosti, obrazovni put, potražnju u okolici te ulogu tehnike i tehnologije u tome zanimanju;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posebnosti odabranoga zanimanja, potrebna znanja i sposobnosti, obrazovni put, potražnju u okolici te ulogu tehnike i tehnologije u tome zanimanju;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posebnosti odabranoga zanimanja, potrebna znanja i sposobnosti, obrazovni put, potražnju u okolici te ulogu tehnike i tehnologije u tome zanimanju;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posebnosti odabranoga zanimanja, potrebna znanja i sposobnosti, obrazovni put, potražnju u okolici te ulogu tehnike i tehnologije u tome zanimanju.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posebnosti odabranoga zanimanja, potrebna znanja i sposobnosti, obrazovni put, potražnju u okolici te ulogu tehnike i tehnologije u tome zanimanju.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pretražuje i procjenjuje izvore, odabire relevantne podatke te izrađuje i predstavlja preglednu, argumentiranu prezentaciju povezanu s vlastitim interesima i sposobnostima;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pretražuje i procjenjuje izvore, odabire relevantne podatke te izrađuje i predstavlja preglednu, argumentiranu prezentaciju povezanu s vlastitim interesima i sposobnostima;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pretražuje i procjenjuje izvore, odabire relevantne podatke te izrađuje i predstavlja preglednu, argumentiranu prezentaciju povezanu s vlastitim interesima i sposobnostima;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pretražuje i procjenjuje izvore, odabire relevantne podatke te izrađuje i predstavlja preglednu, argumentiranu prezentaciju povezanu s vlastitim interesima i sposobnostima.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pretražuje i procjenjuje izvore, odabire relevantne podatke te izrađuje i predstavlja preglednu, argumentiranu prezentaciju povezanu s vlastitim interesima i sposobnostima.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samostalno planira istraživanje, poštuje izvore, autorska prava i rokove te realno samovrednuje interese, sposobnosti i obrazovni put;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samostalno planira istraživanje, poštuje izvore, autorska prava i rokove te realno samovrednuje interese, sposobnosti i obrazovni put;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samostalno planira istraživanje, poštuje izvore, autorska prava i rokove te realno samovrednuje interese, sposobnosti i obrazovni put;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samostalno planira istraživanje, poštuje izvore, autorska prava i rokove te realno samovrednuje interese, sposobnosti i obrazovni put;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samostalno planira istraživanje, poštuje izvore, autorska prava i rokove te realno samovrednuje interese, sposobnosti i obrazovni put;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31.–34. sat. Električni uređaji i strujni krug u automobilu – izborna tema</w:t>
      </w:r>
    </w:p>
    <w:p>
      <w:pPr>
        <w:keepNext/>
        <w:spacing w:after="100"/>
      </w:pPr>
      <w:r>
        <w:rPr>
          <w:i/>
          <w:color w:val="5F6B70"/>
          <w:sz w:val="18"/>
        </w:rPr>
        <w:t>Elektrotehnika u vozilu  |  TK OŠ A.8.1.; TK OŠ B.8.1.; TK OŠ B.8.2.; TK OŠ C.8.1.  |  Usvojenost znanja • Vježbe i praktičan rad • Samostalnost i odgovornost</w:t>
      </w:r>
    </w:p>
    <w:p>
      <w:pPr>
        <w:pStyle w:val="Heading3"/>
      </w:pPr>
      <w:r>
        <w:t>Usvojenost znanja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cjelovito objašnjava ulogu akumulatora, elektropokretača, alternatora i osigurača, pretvorbe pri punjenju i pražnjenju te osnovna obilježja klasičnoga, hibridnoga i električnoga pogona; povezuje pojmove i obrazlaže ih na novom primjeru.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objašnjava ulogu akumulatora, elektropokretača, alternatora i osigurača, pretvorbe pri punjenju i pražnjenju te osnovna obilježja klasičnoga, hibridnoga i električnoga pogona; uz manji podsjetnik povezuje ključne pojmove.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Prepoznaje i djelomično objašnjava ulogu akumulatora, elektropokretača, alternatora i osigurača, pretvorbe pri punjenju i pražnjenju te osnovna obilježja klasičnoga, hibridnoga i električnoga pogona; uz povremenu pomoć navodi glavna pravila ili odnose.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prepoznaje osnovne činjenice povezane s područjem: ulogu akumulatora, elektropokretača, alternatora i osigurača, pretvorbe pri punjenju i pražnjenju te osnovna obilježja klasičnoga, hibridnoga i električnoga pogona.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prepoznaje niti objašnjava osnovne činjenice povezane s područjem: ulogu akumulatora, elektropokretača, alternatora i osigurača, pretvorbe pri punjenju i pražnjenju te osnovna obilježja klasičnoga, hibridnoga i električnoga pogona.</w:t>
            </w:r>
          </w:p>
        </w:tc>
      </w:tr>
    </w:tbl>
    <w:p>
      <w:pPr>
        <w:spacing w:after="20"/>
      </w:pPr>
    </w:p>
    <w:p>
      <w:pPr>
        <w:pStyle w:val="Heading3"/>
      </w:pPr>
      <w:r>
        <w:t>Vježbe i praktičan rad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Samostalno, točno i sigurno crta i prema shemi sastavlja sigurni model strujnoga kruga električne instalacije vozila, objašnjava pokretanje i punjenje te uspoređuje vrste pogona; objašnjava postupak, provjerava rezultat i prema potrebi poboljšava rješenje.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Uglavnom samostalno i točno crta i prema shemi sastavlja sigurni model strujnoga kruga električne instalacije vozila, objašnjava pokretanje i punjenje te uspoređuje vrste pogona; potreban je tek manji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crta i prema shemi sastavlja sigurni model strujnoga kruga električne instalacije vozila, objašnjava pokretanje i punjenje te uspoređuje vrste pogona; ostvaruje temeljni dio zadatka i većinom dolazi do ispravnog rezultata.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čestu pomoć i ponovljenu demonstraciju djelomično crta i prema shemi sastavlja sigurni model strujnoga kruga električne instalacije vozila, objašnjava pokretanje i punjenje te uspoređuje vrste pogona.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uspijeva izvršiti temeljne korake zadatka: crta i prema shemi sastavlja sigurni model strujnoga kruga električne instalacije vozila, objašnjava pokretanje i punjenje te uspoređuje vrste pogona.</w:t>
            </w:r>
          </w:p>
        </w:tc>
      </w:tr>
    </w:tbl>
    <w:p>
      <w:pPr>
        <w:spacing w:after="20"/>
      </w:pPr>
    </w:p>
    <w:p>
      <w:pPr>
        <w:pStyle w:val="Heading3"/>
      </w:pPr>
      <w:r>
        <w:t>Samostalnost i odgovornost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8CDD4"/>
          <w:left w:val="single" w:sz="6" w:color="B8CDD4"/>
          <w:bottom w:val="single" w:sz="6" w:color="B8CDD4"/>
          <w:right w:val="single" w:sz="6" w:color="B8CDD4"/>
          <w:insideH w:val="single" w:sz="6" w:color="B8CDD4"/>
          <w:insideV w:val="single" w:sz="6" w:color="B8CDD4"/>
        </w:tblBorders>
      </w:tblPr>
      <w:tblGrid>
        <w:gridCol w:w="1191"/>
        <w:gridCol w:w="7937"/>
      </w:tblGrid>
      <w:tr>
        <w:trPr>
          <w:cantSplit/>
          <w:tblHeader w:val="true"/>
        </w:trPr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Ocjena</w:t>
            </w:r>
          </w:p>
        </w:tc>
        <w:tc>
          <w:tcPr>
            <w:tcW w:type="dxa" w:w="4706"/>
            <w:shd w:fill="167E9B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Kriterij ostvarenosti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potpuno samostalno, savjesno i ustrajno; radi isključivo na sigurnome modelu maloga napona, pravilno štiti strujni krug, provjerava polaritet i spojeve te odgovorno rukuje opremom; dosljedno primjenjuje zaštitu na radu i odgovorno skrbi o radnome mjestu, opremi i drugim sudionicima rada.</w:t>
            </w:r>
          </w:p>
        </w:tc>
      </w:tr>
      <w:tr>
        <w:trPr>
          <w:cantSplit/>
        </w:trPr>
        <w:tc>
          <w:tcPr>
            <w:tcW w:type="dxa" w:w="1191"/>
            <w:shd w:fill="EAF5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Radi uglavnom samostalno i odgovorno; radi isključivo na sigurnome modelu maloga napona, pravilno štiti strujni krug, provjerava polaritet i spojeve te odgovorno rukuje opremom; pravila zaštite i organizacije rada primjenjuje uz tek povremeni podsjetnik.</w:t>
            </w:r>
          </w:p>
        </w:tc>
      </w:tr>
      <w:tr>
        <w:trPr>
          <w:cantSplit/>
        </w:trPr>
        <w:tc>
          <w:tcPr>
            <w:tcW w:type="dxa" w:w="1191"/>
            <w:shd w:fill="FFF7D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povremenu pomoć organizira rad i radi isključivo na sigurnome modelu maloga napona, pravilno štiti strujni krug, provjerava polaritet i spojeve te odgovorno rukuje opremom; većinom poštuje pravila zaštite, opremu i sudionike rada.</w:t>
            </w:r>
          </w:p>
        </w:tc>
      </w:tr>
      <w:tr>
        <w:trPr>
          <w:cantSplit/>
        </w:trPr>
        <w:tc>
          <w:tcPr>
            <w:tcW w:type="dxa" w:w="1191"/>
            <w:shd w:fill="FFF0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Uz često vođenje djelomično radi isključivo na sigurnome modelu maloga napona, pravilno štiti strujni krug, provjerava polaritet i spojeve te odgovorno rukuje opremom; pravila sigurnoga rada, urednosti i odgovornosti primjenjuje nedosljedno.</w:t>
            </w:r>
          </w:p>
        </w:tc>
      </w:tr>
      <w:tr>
        <w:trPr>
          <w:cantSplit/>
        </w:trPr>
        <w:tc>
          <w:tcPr>
            <w:tcW w:type="dxa" w:w="1191"/>
            <w:shd w:fill="FBE3E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793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4" w:lineRule="auto"/>
            </w:pPr>
            <w:r>
              <w:t>Ni uz primjerenu pomoć ne organizira rad niti radi isključivo na sigurnome modelu maloga napona, pravilno štiti strujni krug, provjerava polaritet i spojeve te odgovorno rukuje opremom; ne primjenjuje osnovna pravila sigurnosti i odgovornosti, zbog čega se praktična aktivnost prekida dok se ne osiguraju uvjeti za siguran rad.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35. sat. Sistematizacija, samovrednovanje i zaključivanje ocjena</w:t>
      </w:r>
    </w:p>
    <w:p>
      <w:pPr>
        <w:keepNext/>
        <w:spacing w:after="100"/>
      </w:pPr>
      <w:r>
        <w:rPr>
          <w:i/>
          <w:color w:val="5F6B70"/>
          <w:sz w:val="18"/>
        </w:rPr>
        <w:t>Završna aktivnost  |  Svi ostvarivani ishodi  |  Sva tri elementa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12"/>
      </w:tblGrid>
      <w:tr>
        <w:trPr>
          <w:cantSplit/>
        </w:trPr>
        <w:tc>
          <w:tcPr>
            <w:tcW w:type="dxa" w:w="9128"/>
            <w:shd w:fill="F3F9FB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b/>
                <w:color w:val="174A5B"/>
              </w:rPr>
              <w:t xml:space="preserve">Ne ocjenjuje se kao nova nastavna jedinica: </w:t>
            </w:r>
            <w:r>
              <w:t>Učenik sudjeluje u završnoj refleksiji i samovrednovanju. Zaključna ocjena temelji se na ukupnoj razini ostvarenosti ishoda u sva tri elementa, uz profesionalnu prosudbu učitelja.</w:t>
            </w:r>
          </w:p>
        </w:tc>
      </w:tr>
    </w:tbl>
    <w:p>
      <w:pPr>
        <w:spacing w:after="20"/>
      </w:pPr>
    </w:p>
    <w:p>
      <w:pPr>
        <w:pStyle w:val="Heading1"/>
      </w:pPr>
      <w:r>
        <w:t>5. Zaključna ocjena</w:t>
      </w:r>
    </w:p>
    <w:p>
      <w:r>
        <w:t>Zaključna ocjena obuhvaća usvojenost znanja, vježbe i praktičan rad te samostalnost i odgovornost. U obzir se uzimaju napredovanje, sigurnost, samostalnost, točnost shema i mjerenja, funkcionalnost sklopova i modela, uporaba dokumentacije te sposobnost objašnjavanja i otklanjanja pogrešaka. Zaključna ocjena ne mora proizlaziti iz aritmetičke sredine upisanih ocjena.</w:t>
      </w:r>
    </w:p>
    <w:p>
      <w:pPr>
        <w:pStyle w:val="Heading1"/>
      </w:pPr>
      <w:r>
        <w:t>6. Izvori</w:t>
      </w:r>
    </w:p>
    <w:p>
      <w:pPr>
        <w:pStyle w:val="ListBullet"/>
      </w:pPr>
      <w:r>
        <w:t>Kurikulum nastavnog predmeta Tehnička kultura za osnovne škole u Republici Hrvatskoj, NN 7/2019.</w:t>
      </w:r>
    </w:p>
    <w:p>
      <w:pPr>
        <w:pStyle w:val="ListBullet"/>
      </w:pPr>
      <w:r>
        <w:t>Godišnji izvedbeni kurikulum uz udžbenik Svijet tehnike 8.</w:t>
      </w:r>
    </w:p>
    <w:p>
      <w:pPr>
        <w:pStyle w:val="ListBullet"/>
      </w:pPr>
      <w:r>
        <w:t>Radni materijal za izvođenje vježbi i praktičnoga rada u Tehničkoj kulturi u osmome razredu osnovne škole.</w:t>
      </w:r>
    </w:p>
    <w:p>
      <w:pPr>
        <w:pStyle w:val="ListBullet"/>
      </w:pPr>
      <w:r>
        <w:t>Kriteriji vrednovanja Tehničke kulture za 8. razred, izdavački materijal uz udžbenik Svijet tehnike 8.</w:t>
      </w:r>
    </w:p>
    <w:p>
      <w:pPr>
        <w:pStyle w:val="ListBullet"/>
      </w:pPr>
      <w:r>
        <w:t>Udžbenički komplet Svijet tehnike 8, Školska knjiga.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247" w:bottom="1020" w:left="124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F6B70"/>
        <w:sz w:val="16"/>
      </w:rPr>
      <w:t>Kriteriji vrednovanja • Tehnička kultura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F6B70"/>
        <w:sz w:val="17"/>
      </w:rPr>
      <w:t>Tehnička kultura • 8. razred • 2026./2027.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67E9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67E9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A5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Kriteriji vrednovanja Tehnička kultura - 8. razred</dc:title>
  <dc:subject>Školska godina 2026./2027.</dc:subject>
  <dc:creator>Ivan Došen</dc:creator>
  <cp:keywords>Tehnička kultura, kriteriji vrednovanja, osmi razred, cjelodnevna škola, 2026./2027.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